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A018F1" w14:textId="77777777" w:rsidR="000D2B05" w:rsidRDefault="000D2B05" w:rsidP="000D2B05">
      <w:pPr>
        <w:spacing w:after="0" w:line="240" w:lineRule="auto"/>
        <w:jc w:val="center"/>
        <w:rPr>
          <w:b/>
          <w:sz w:val="32"/>
          <w:highlight w:val="yellow"/>
          <w:lang w:val="fr-FR"/>
        </w:rPr>
      </w:pPr>
      <w:bookmarkStart w:id="0" w:name="_GoBack"/>
      <w:bookmarkEnd w:id="0"/>
    </w:p>
    <w:p w14:paraId="1D2DF65B" w14:textId="035FB267" w:rsidR="000D2B05" w:rsidRPr="00DF5E66" w:rsidRDefault="00DF5E66" w:rsidP="000D2B05">
      <w:pPr>
        <w:spacing w:after="0" w:line="240" w:lineRule="auto"/>
        <w:jc w:val="center"/>
        <w:rPr>
          <w:rFonts w:ascii="72 Black" w:hAnsi="72 Black" w:cs="72 Black"/>
          <w:b/>
          <w:sz w:val="40"/>
          <w:szCs w:val="40"/>
          <w:lang w:val="fr-FR"/>
        </w:rPr>
      </w:pPr>
      <w:r w:rsidRPr="00DF5E66">
        <w:rPr>
          <w:rFonts w:ascii="72 Black" w:hAnsi="72 Black" w:cs="72 Black"/>
          <w:b/>
          <w:sz w:val="40"/>
          <w:szCs w:val="40"/>
          <w:lang w:val="fr-FR"/>
        </w:rPr>
        <w:t>CRT FIL D’HARMONIE</w:t>
      </w:r>
    </w:p>
    <w:p w14:paraId="6BC6F10E" w14:textId="4A1AA76A" w:rsidR="000D2B05" w:rsidRDefault="000D2B05" w:rsidP="000D2B05">
      <w:pPr>
        <w:spacing w:after="0" w:line="240" w:lineRule="auto"/>
        <w:jc w:val="center"/>
        <w:rPr>
          <w:b/>
          <w:lang w:val="fr-FR"/>
        </w:rPr>
      </w:pPr>
    </w:p>
    <w:p w14:paraId="7B956027" w14:textId="77777777" w:rsidR="000D2B05" w:rsidRDefault="000D2B05" w:rsidP="000D2B05">
      <w:pPr>
        <w:spacing w:after="0" w:line="240" w:lineRule="auto"/>
        <w:jc w:val="center"/>
        <w:rPr>
          <w:b/>
          <w:lang w:val="fr-FR"/>
        </w:rPr>
      </w:pPr>
    </w:p>
    <w:p w14:paraId="41C2ECDA" w14:textId="7081CBE6" w:rsidR="00264EEC" w:rsidRPr="000D2B05" w:rsidRDefault="00656554" w:rsidP="000D2B05">
      <w:pPr>
        <w:pStyle w:val="Paragraphedeliste"/>
        <w:numPr>
          <w:ilvl w:val="0"/>
          <w:numId w:val="10"/>
        </w:numPr>
        <w:spacing w:line="240" w:lineRule="auto"/>
        <w:rPr>
          <w:u w:val="single"/>
          <w:lang w:val="fr-FR"/>
        </w:rPr>
      </w:pPr>
      <w:r w:rsidRPr="000D2B05">
        <w:rPr>
          <w:b/>
          <w:u w:val="single"/>
          <w:lang w:val="fr-FR"/>
        </w:rPr>
        <w:t>INFORMATIONS GÉNÉRALES DE LA DEMANDE</w:t>
      </w:r>
    </w:p>
    <w:p w14:paraId="21BDBE4F" w14:textId="744BDDA2" w:rsidR="007237E6" w:rsidRDefault="00656554" w:rsidP="007237E6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 xml:space="preserve">Date de la demande : </w:t>
      </w:r>
      <w:sdt>
        <w:sdtPr>
          <w:rPr>
            <w:rStyle w:val="Rponses"/>
          </w:rPr>
          <w:id w:val="1809210530"/>
          <w:placeholder>
            <w:docPart w:val="7099A3BC15C54F84ACEAD2060ACEFDC7"/>
          </w:placeholder>
          <w:showingPlcHdr/>
          <w15:color w:val="3366FF"/>
          <w:date w:fullDate="2026-01-15T00:00:00Z">
            <w:dateFormat w:val="dd/MM/yyyy"/>
            <w:lid w:val="fr-FR"/>
            <w:storeMappedDataAs w:val="dateTime"/>
            <w:calendar w:val="gregorian"/>
          </w:date>
        </w:sdtPr>
        <w:sdtEndPr>
          <w:rPr>
            <w:rStyle w:val="Rponses"/>
          </w:rPr>
        </w:sdtEndPr>
        <w:sdtContent>
          <w:r w:rsidR="00ED3373" w:rsidRPr="008A0DA8">
            <w:rPr>
              <w:rStyle w:val="Textedelespacerserv"/>
            </w:rPr>
            <w:t>Cliquez ou appuyez ici pour entrer une date.</w:t>
          </w:r>
        </w:sdtContent>
      </w:sdt>
    </w:p>
    <w:p w14:paraId="5C8E1191" w14:textId="7856AAC6" w:rsidR="00264EEC" w:rsidRPr="00807F02" w:rsidRDefault="00656554" w:rsidP="00647CFC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 xml:space="preserve">Origine de la demande : </w:t>
      </w:r>
      <w:sdt>
        <w:sdtPr>
          <w:rPr>
            <w:rStyle w:val="Rponses"/>
          </w:rPr>
          <w:id w:val="489455573"/>
          <w:placeholder>
            <w:docPart w:val="A14478DC96A5439590F907C4179981BE"/>
          </w:placeholder>
          <w:showingPlcHdr/>
          <w15:color w:val="3366FF"/>
          <w:dropDownList>
            <w:listItem w:value="Choisissez un élément."/>
            <w:listItem w:displayText="Professionnel" w:value="Professionnel"/>
            <w:listItem w:displayText="Entourage" w:value="Entourage"/>
          </w:dropDownList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825378" w:rsidRPr="008A0DA8">
            <w:rPr>
              <w:rStyle w:val="Textedelespacerserv"/>
            </w:rPr>
            <w:t>Choisissez un élément.</w:t>
          </w:r>
        </w:sdtContent>
      </w:sdt>
      <w:r w:rsidR="00647CFC">
        <w:rPr>
          <w:lang w:val="fr-FR"/>
        </w:rPr>
        <w:tab/>
      </w:r>
      <w:r w:rsidR="007237E6">
        <w:rPr>
          <w:lang w:val="fr-FR"/>
        </w:rPr>
        <w:t>Préciser</w:t>
      </w:r>
      <w:r w:rsidRPr="00807F02">
        <w:rPr>
          <w:lang w:val="fr-FR"/>
        </w:rPr>
        <w:t xml:space="preserve"> :</w:t>
      </w:r>
      <w:r>
        <w:rPr>
          <w:lang w:val="fr-FR"/>
        </w:rPr>
        <w:t xml:space="preserve"> </w:t>
      </w:r>
      <w:sdt>
        <w:sdtPr>
          <w:rPr>
            <w:rStyle w:val="Rponses"/>
          </w:rPr>
          <w:id w:val="-859128939"/>
          <w:placeholder>
            <w:docPart w:val="1F0D3B4692A6411292FBB8B6B7746285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825378" w:rsidRPr="008A0DA8">
            <w:rPr>
              <w:rStyle w:val="Textedelespacerserv"/>
            </w:rPr>
            <w:t>Cliquez ou appuyez ici pour entrer du texte.</w:t>
          </w:r>
        </w:sdtContent>
      </w:sdt>
    </w:p>
    <w:p w14:paraId="58169BB9" w14:textId="593C85D6" w:rsidR="00264EEC" w:rsidRPr="00807F02" w:rsidRDefault="00656554" w:rsidP="000D2B05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 xml:space="preserve">Nom – Prénom du demandeur : </w:t>
      </w:r>
      <w:sdt>
        <w:sdtPr>
          <w:rPr>
            <w:rStyle w:val="Rponses"/>
          </w:rPr>
          <w:id w:val="-1232840825"/>
          <w:placeholder>
            <w:docPart w:val="5E3D3E78CBE547A695489DCE878D7023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825378" w:rsidRPr="008A0DA8">
            <w:rPr>
              <w:rStyle w:val="Textedelespacerserv"/>
            </w:rPr>
            <w:t>Cliquez ou appuyez ici pour entrer du texte.</w:t>
          </w:r>
        </w:sdtContent>
      </w:sdt>
    </w:p>
    <w:p w14:paraId="7ADCBCDD" w14:textId="3A0AF606" w:rsidR="00656554" w:rsidRDefault="00656554" w:rsidP="000D2B05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 xml:space="preserve">Fonction / Lien : </w:t>
      </w:r>
      <w:sdt>
        <w:sdtPr>
          <w:rPr>
            <w:rStyle w:val="Rponses"/>
          </w:rPr>
          <w:id w:val="1985652814"/>
          <w:placeholder>
            <w:docPart w:val="BFF0294B778A4642A558AE05B0060FF0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825378" w:rsidRPr="008A0DA8">
            <w:rPr>
              <w:rStyle w:val="Textedelespacerserv"/>
            </w:rPr>
            <w:t>Cliquez ou appuyez ici pour entrer du texte.</w:t>
          </w:r>
        </w:sdtContent>
      </w:sdt>
    </w:p>
    <w:p w14:paraId="78451B1E" w14:textId="70827F0C" w:rsidR="00EA010C" w:rsidRDefault="00656554" w:rsidP="008878A6">
      <w:pPr>
        <w:spacing w:line="240" w:lineRule="auto"/>
        <w:ind w:left="-709"/>
        <w:rPr>
          <w:rStyle w:val="Rponses"/>
        </w:rPr>
      </w:pPr>
      <w:r w:rsidRPr="00807F02">
        <w:rPr>
          <w:lang w:val="fr-FR"/>
        </w:rPr>
        <w:t xml:space="preserve">Téléphone : </w:t>
      </w:r>
      <w:sdt>
        <w:sdtPr>
          <w:rPr>
            <w:rStyle w:val="Rponses"/>
          </w:rPr>
          <w:id w:val="-440524321"/>
          <w:placeholder>
            <w:docPart w:val="F369654DC33A41C2B4A946957AE7C2A3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83398D" w:rsidRPr="008A0DA8">
            <w:rPr>
              <w:rStyle w:val="Textedelespacerserv"/>
            </w:rPr>
            <w:t>Cliquez ou appuyez ici pour entrer du texte.</w:t>
          </w:r>
        </w:sdtContent>
      </w:sdt>
      <w:r w:rsidR="00EA010C">
        <w:rPr>
          <w:lang w:val="fr-FR"/>
        </w:rPr>
        <w:tab/>
      </w:r>
      <w:r w:rsidRPr="00807F02">
        <w:rPr>
          <w:lang w:val="fr-FR"/>
        </w:rPr>
        <w:t xml:space="preserve">Mail : </w:t>
      </w:r>
      <w:sdt>
        <w:sdtPr>
          <w:rPr>
            <w:rStyle w:val="Rponses"/>
          </w:rPr>
          <w:id w:val="-2033639914"/>
          <w:placeholder>
            <w:docPart w:val="DC480582EC324AFC9CB3F238CD9B677F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83398D" w:rsidRPr="008A0DA8">
            <w:rPr>
              <w:rStyle w:val="Textedelespacerserv"/>
            </w:rPr>
            <w:t>Cliquez ou appuyez ici pour entrer du texte.</w:t>
          </w:r>
        </w:sdtContent>
      </w:sdt>
    </w:p>
    <w:p w14:paraId="5950D5A3" w14:textId="77777777" w:rsidR="008878A6" w:rsidRPr="008878A6" w:rsidRDefault="008878A6" w:rsidP="008878A6">
      <w:pPr>
        <w:spacing w:line="240" w:lineRule="auto"/>
        <w:ind w:left="-709"/>
        <w:rPr>
          <w:b/>
          <w:color w:val="548DD4" w:themeColor="text2" w:themeTint="99"/>
        </w:rPr>
      </w:pPr>
    </w:p>
    <w:p w14:paraId="58816437" w14:textId="576F523D" w:rsidR="00264EEC" w:rsidRPr="00F0013E" w:rsidRDefault="00656554" w:rsidP="00F0013E">
      <w:pPr>
        <w:pStyle w:val="Paragraphedeliste"/>
        <w:numPr>
          <w:ilvl w:val="0"/>
          <w:numId w:val="10"/>
        </w:numPr>
        <w:spacing w:line="240" w:lineRule="auto"/>
        <w:rPr>
          <w:b/>
          <w:u w:val="single"/>
          <w:lang w:val="fr-FR"/>
        </w:rPr>
      </w:pPr>
      <w:r w:rsidRPr="00F0013E">
        <w:rPr>
          <w:b/>
          <w:u w:val="single"/>
          <w:lang w:val="fr-FR"/>
        </w:rPr>
        <w:t>IDENTIFICATION DE LA PERSONNE CONCERNÉE</w:t>
      </w:r>
      <w:r w:rsidR="00F0013E">
        <w:rPr>
          <w:b/>
          <w:u w:val="single"/>
          <w:lang w:val="fr-FR"/>
        </w:rPr>
        <w:t xml:space="preserve"> PAR LA DEMANDE</w:t>
      </w:r>
    </w:p>
    <w:p w14:paraId="76EE68BF" w14:textId="51FCF209" w:rsidR="00264EEC" w:rsidRPr="00807F02" w:rsidRDefault="00656554" w:rsidP="000D2B05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 xml:space="preserve">Nom : </w:t>
      </w:r>
      <w:sdt>
        <w:sdtPr>
          <w:rPr>
            <w:rStyle w:val="Rponses"/>
          </w:rPr>
          <w:id w:val="1331486604"/>
          <w:placeholder>
            <w:docPart w:val="B1D9D26288544DE6A41765C4301C034E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B97F63" w:rsidRPr="008A0DA8">
            <w:rPr>
              <w:rStyle w:val="Textedelespacerserv"/>
            </w:rPr>
            <w:t>Cliquez ou appuyez ici pour entrer du texte.</w:t>
          </w:r>
        </w:sdtContent>
      </w:sdt>
      <w:r w:rsidR="00B97F63">
        <w:rPr>
          <w:lang w:val="fr-FR"/>
        </w:rPr>
        <w:tab/>
        <w:t xml:space="preserve">Prénom : </w:t>
      </w:r>
      <w:sdt>
        <w:sdtPr>
          <w:rPr>
            <w:rStyle w:val="Rponses"/>
          </w:rPr>
          <w:id w:val="-1602796233"/>
          <w:placeholder>
            <w:docPart w:val="BD00682E778549D896F3C74078F748CB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B97F63" w:rsidRPr="008A0DA8">
            <w:rPr>
              <w:rStyle w:val="Textedelespacerserv"/>
            </w:rPr>
            <w:t>Cliquez ou appuyez ici pour entrer du texte.</w:t>
          </w:r>
        </w:sdtContent>
      </w:sdt>
    </w:p>
    <w:p w14:paraId="333559BA" w14:textId="5A4D4020" w:rsidR="00264EEC" w:rsidRPr="00807F02" w:rsidRDefault="00656554" w:rsidP="00B97F63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 xml:space="preserve">Date de naissance : </w:t>
      </w:r>
      <w:sdt>
        <w:sdtPr>
          <w:rPr>
            <w:rStyle w:val="Rponses"/>
          </w:rPr>
          <w:id w:val="-155764244"/>
          <w:placeholder>
            <w:docPart w:val="ABD1553D4EFA4C7C93EAB86E3216BD6E"/>
          </w:placeholder>
          <w:showingPlcHdr/>
          <w15:color w:val="3366FF"/>
          <w:date>
            <w:dateFormat w:val="dd/MM/yyyy"/>
            <w:lid w:val="fr-FR"/>
            <w:storeMappedDataAs w:val="dateTime"/>
            <w:calendar w:val="gregorian"/>
          </w:date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B97F63" w:rsidRPr="008A0DA8">
            <w:rPr>
              <w:rStyle w:val="Textedelespacerserv"/>
            </w:rPr>
            <w:t>Cliquez ou appuyez ici pour entrer une date.</w:t>
          </w:r>
        </w:sdtContent>
      </w:sdt>
      <w:r w:rsidR="00B97F63">
        <w:rPr>
          <w:lang w:val="fr-FR"/>
        </w:rPr>
        <w:tab/>
      </w:r>
      <w:r w:rsidRPr="00807F02">
        <w:rPr>
          <w:lang w:val="fr-FR"/>
        </w:rPr>
        <w:t xml:space="preserve">Âge : </w:t>
      </w:r>
      <w:sdt>
        <w:sdtPr>
          <w:rPr>
            <w:rStyle w:val="Rponses"/>
          </w:rPr>
          <w:id w:val="1156193615"/>
          <w:placeholder>
            <w:docPart w:val="DefaultPlaceholder_-1854013440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825378" w:rsidRPr="008A0DA8">
            <w:rPr>
              <w:rStyle w:val="Textedelespacerserv"/>
            </w:rPr>
            <w:t>Cliquez ou appuyez ici pour entrer du texte.</w:t>
          </w:r>
        </w:sdtContent>
      </w:sdt>
    </w:p>
    <w:p w14:paraId="20C0159B" w14:textId="0B065C79" w:rsidR="00264EEC" w:rsidRPr="00807F02" w:rsidRDefault="00656554" w:rsidP="000D2B05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 xml:space="preserve">N° de sécurité sociale : </w:t>
      </w:r>
      <w:sdt>
        <w:sdtPr>
          <w:rPr>
            <w:rStyle w:val="Rponses"/>
          </w:rPr>
          <w:id w:val="1070618115"/>
          <w:placeholder>
            <w:docPart w:val="3C613987891341FEA62B76317D91576A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83398D" w:rsidRPr="008A0DA8">
            <w:rPr>
              <w:rStyle w:val="Textedelespacerserv"/>
            </w:rPr>
            <w:t>Cliquez ou appuyez ici pour entrer du texte.</w:t>
          </w:r>
        </w:sdtContent>
      </w:sdt>
    </w:p>
    <w:p w14:paraId="04099768" w14:textId="7B8F7349" w:rsidR="00264EEC" w:rsidRPr="00807F02" w:rsidRDefault="00656554" w:rsidP="000D2B05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 xml:space="preserve">Adresse : </w:t>
      </w:r>
      <w:sdt>
        <w:sdtPr>
          <w:rPr>
            <w:rStyle w:val="Rponses"/>
          </w:rPr>
          <w:id w:val="-1828189109"/>
          <w:placeholder>
            <w:docPart w:val="7ED0870AB22A4BE2A86A9B7BD5BC641E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83398D" w:rsidRPr="008A0DA8">
            <w:rPr>
              <w:rStyle w:val="Textedelespacerserv"/>
            </w:rPr>
            <w:t>Cliquez ou appuyez ici pour entrer du texte.</w:t>
          </w:r>
        </w:sdtContent>
      </w:sdt>
    </w:p>
    <w:p w14:paraId="46AC69C9" w14:textId="5B4CAA1C" w:rsidR="0083398D" w:rsidRDefault="00656554" w:rsidP="000D2B05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 xml:space="preserve">Téléphone :   </w:t>
      </w:r>
      <w:sdt>
        <w:sdtPr>
          <w:rPr>
            <w:rStyle w:val="Rponses"/>
          </w:rPr>
          <w:id w:val="-628786701"/>
          <w:placeholder>
            <w:docPart w:val="905D0938AFAA479C8F0F2EAC2EDE1216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83398D" w:rsidRPr="008A0DA8">
            <w:rPr>
              <w:rStyle w:val="Textedelespacerserv"/>
            </w:rPr>
            <w:t>Cliquez ou appuyez ici pour entrer du texte.</w:t>
          </w:r>
        </w:sdtContent>
      </w:sdt>
    </w:p>
    <w:p w14:paraId="7F0217D1" w14:textId="09D59768" w:rsidR="00264EEC" w:rsidRDefault="0083398D" w:rsidP="000D2B05">
      <w:pPr>
        <w:spacing w:line="240" w:lineRule="auto"/>
        <w:ind w:left="-709"/>
        <w:rPr>
          <w:rStyle w:val="Rponses"/>
        </w:rPr>
      </w:pPr>
      <w:r>
        <w:rPr>
          <w:lang w:val="fr-FR"/>
        </w:rPr>
        <w:t>Mail :</w:t>
      </w:r>
      <w:r w:rsidRPr="0083398D">
        <w:rPr>
          <w:rStyle w:val="Rponses"/>
        </w:rPr>
        <w:t xml:space="preserve"> </w:t>
      </w:r>
      <w:sdt>
        <w:sdtPr>
          <w:rPr>
            <w:rStyle w:val="Rponses"/>
          </w:rPr>
          <w:id w:val="-186529747"/>
          <w:placeholder>
            <w:docPart w:val="055BC71FDF9A4ABF93BB75ED31E9C6BC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Pr="008A0DA8">
            <w:rPr>
              <w:rStyle w:val="Textedelespacerserv"/>
            </w:rPr>
            <w:t>Cliquez ou appuyez ici pour entrer du texte.</w:t>
          </w:r>
        </w:sdtContent>
      </w:sdt>
    </w:p>
    <w:p w14:paraId="621E2767" w14:textId="77777777" w:rsidR="0083398D" w:rsidRPr="00807F02" w:rsidRDefault="0083398D" w:rsidP="000D2B05">
      <w:pPr>
        <w:spacing w:line="240" w:lineRule="auto"/>
        <w:ind w:left="-709"/>
        <w:rPr>
          <w:lang w:val="fr-FR"/>
        </w:rPr>
      </w:pPr>
    </w:p>
    <w:p w14:paraId="0E589F1F" w14:textId="5B0FD7C5" w:rsidR="00264EEC" w:rsidRPr="00807F02" w:rsidRDefault="00656554" w:rsidP="0083398D">
      <w:pPr>
        <w:pStyle w:val="Paragraphedeliste"/>
        <w:numPr>
          <w:ilvl w:val="0"/>
          <w:numId w:val="10"/>
        </w:numPr>
        <w:spacing w:line="240" w:lineRule="auto"/>
        <w:rPr>
          <w:lang w:val="fr-FR"/>
        </w:rPr>
      </w:pPr>
      <w:r w:rsidRPr="0083398D">
        <w:rPr>
          <w:b/>
          <w:u w:val="single"/>
          <w:lang w:val="fr-FR"/>
        </w:rPr>
        <w:t>INFORMATION ET CONSENTEMENT</w:t>
      </w:r>
    </w:p>
    <w:p w14:paraId="78DD14D7" w14:textId="5F57C742" w:rsidR="00264EEC" w:rsidRPr="00807F02" w:rsidRDefault="00656554" w:rsidP="000D2B05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 xml:space="preserve">Personne informée de la demande : </w:t>
      </w:r>
      <w:sdt>
        <w:sdtPr>
          <w:rPr>
            <w:rStyle w:val="Rponses"/>
          </w:rPr>
          <w:id w:val="-1260916308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83398D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Pr="00807F02">
        <w:rPr>
          <w:lang w:val="fr-FR"/>
        </w:rPr>
        <w:t xml:space="preserve"> Oui </w:t>
      </w:r>
      <w:sdt>
        <w:sdtPr>
          <w:rPr>
            <w:rStyle w:val="Rponses"/>
          </w:rPr>
          <w:id w:val="-1946837143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83398D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83398D" w:rsidRPr="00807F02">
        <w:rPr>
          <w:lang w:val="fr-FR"/>
        </w:rPr>
        <w:t xml:space="preserve"> </w:t>
      </w:r>
      <w:r w:rsidRPr="00807F02">
        <w:rPr>
          <w:lang w:val="fr-FR"/>
        </w:rPr>
        <w:t xml:space="preserve">Non </w:t>
      </w:r>
      <w:sdt>
        <w:sdtPr>
          <w:rPr>
            <w:rStyle w:val="Rponses"/>
          </w:rPr>
          <w:id w:val="-119838341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83398D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83398D" w:rsidRPr="00807F02">
        <w:rPr>
          <w:lang w:val="fr-FR"/>
        </w:rPr>
        <w:t xml:space="preserve"> </w:t>
      </w:r>
      <w:r w:rsidRPr="00807F02">
        <w:rPr>
          <w:lang w:val="fr-FR"/>
        </w:rPr>
        <w:t>Ne sait pas</w:t>
      </w:r>
      <w:r w:rsidR="00E35795">
        <w:rPr>
          <w:lang w:val="fr-FR"/>
        </w:rPr>
        <w:t xml:space="preserve">  </w:t>
      </w:r>
    </w:p>
    <w:p w14:paraId="0E8961B9" w14:textId="6169478C" w:rsidR="0083398D" w:rsidRDefault="00681E38" w:rsidP="000D2B05">
      <w:pPr>
        <w:spacing w:line="240" w:lineRule="auto"/>
        <w:ind w:left="-709"/>
        <w:rPr>
          <w:lang w:val="fr-FR"/>
        </w:rPr>
      </w:pPr>
      <w:r>
        <w:rPr>
          <w:lang w:val="fr-FR"/>
        </w:rPr>
        <w:t>Personne informée de la création d’un dossier informatisé :</w:t>
      </w:r>
      <w:r w:rsidR="00656554" w:rsidRPr="00807F02">
        <w:rPr>
          <w:lang w:val="fr-FR"/>
        </w:rPr>
        <w:t xml:space="preserve"> </w:t>
      </w:r>
      <w:sdt>
        <w:sdtPr>
          <w:rPr>
            <w:rStyle w:val="Rponses"/>
          </w:rPr>
          <w:id w:val="181411513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83398D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83398D" w:rsidRPr="00807F02">
        <w:rPr>
          <w:lang w:val="fr-FR"/>
        </w:rPr>
        <w:t xml:space="preserve"> Oui </w:t>
      </w:r>
      <w:sdt>
        <w:sdtPr>
          <w:rPr>
            <w:rStyle w:val="Rponses"/>
          </w:rPr>
          <w:id w:val="-152914648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83398D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83398D" w:rsidRPr="00807F02">
        <w:rPr>
          <w:lang w:val="fr-FR"/>
        </w:rPr>
        <w:t xml:space="preserve"> Non </w:t>
      </w:r>
      <w:sdt>
        <w:sdtPr>
          <w:rPr>
            <w:rStyle w:val="Rponses"/>
          </w:rPr>
          <w:id w:val="813066472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83398D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83398D" w:rsidRPr="00807F02">
        <w:rPr>
          <w:lang w:val="fr-FR"/>
        </w:rPr>
        <w:t xml:space="preserve"> Ne sait pas</w:t>
      </w:r>
      <w:r w:rsidR="0083398D">
        <w:rPr>
          <w:lang w:val="fr-FR"/>
        </w:rPr>
        <w:t xml:space="preserve">  </w:t>
      </w:r>
    </w:p>
    <w:p w14:paraId="00DF966B" w14:textId="7ADEDA5A" w:rsidR="00825378" w:rsidRDefault="00825378">
      <w:pPr>
        <w:rPr>
          <w:b/>
          <w:u w:val="single"/>
          <w:lang w:val="fr-FR"/>
        </w:rPr>
      </w:pPr>
    </w:p>
    <w:p w14:paraId="1B149577" w14:textId="77777777" w:rsidR="008878A6" w:rsidRDefault="008878A6">
      <w:pPr>
        <w:rPr>
          <w:b/>
          <w:u w:val="single"/>
          <w:lang w:val="fr-FR"/>
        </w:rPr>
      </w:pPr>
      <w:r>
        <w:rPr>
          <w:b/>
          <w:u w:val="single"/>
          <w:lang w:val="fr-FR"/>
        </w:rPr>
        <w:br w:type="page"/>
      </w:r>
    </w:p>
    <w:p w14:paraId="3A9ECF7A" w14:textId="3CB8DD75" w:rsidR="00264EEC" w:rsidRPr="00807F02" w:rsidRDefault="00656554" w:rsidP="0083398D">
      <w:pPr>
        <w:pStyle w:val="Paragraphedeliste"/>
        <w:numPr>
          <w:ilvl w:val="0"/>
          <w:numId w:val="10"/>
        </w:numPr>
        <w:spacing w:line="240" w:lineRule="auto"/>
        <w:rPr>
          <w:lang w:val="fr-FR"/>
        </w:rPr>
      </w:pPr>
      <w:r w:rsidRPr="0083398D">
        <w:rPr>
          <w:b/>
          <w:u w:val="single"/>
          <w:lang w:val="fr-FR"/>
        </w:rPr>
        <w:lastRenderedPageBreak/>
        <w:t>MOTIF DE L’ORIENTATION – DESCRIPTION DE LA SITUATION</w:t>
      </w:r>
    </w:p>
    <w:p w14:paraId="761C500D" w14:textId="3BF9D074" w:rsidR="004E7B6F" w:rsidRDefault="00656554" w:rsidP="004E7B6F">
      <w:pPr>
        <w:spacing w:line="240" w:lineRule="auto"/>
        <w:ind w:left="-709"/>
        <w:rPr>
          <w:rStyle w:val="Rponses"/>
        </w:rPr>
      </w:pPr>
      <w:r w:rsidRPr="00807F02">
        <w:rPr>
          <w:lang w:val="fr-FR"/>
        </w:rPr>
        <w:t>Motif principal / Situation au domicile :</w:t>
      </w:r>
      <w:r w:rsidR="0083398D">
        <w:rPr>
          <w:rStyle w:val="Rponses"/>
        </w:rPr>
        <w:t xml:space="preserve">  </w:t>
      </w:r>
      <w:sdt>
        <w:sdtPr>
          <w:rPr>
            <w:rStyle w:val="Rponses"/>
          </w:rPr>
          <w:id w:val="1841730315"/>
          <w:placeholder>
            <w:docPart w:val="94CD3C6E2039426C86541423CDFB3E4C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4E7B6F" w:rsidRPr="008A0DA8">
            <w:rPr>
              <w:rStyle w:val="Textedelespacerserv"/>
            </w:rPr>
            <w:t>Cliquez ou appuyez ici pour entrer du texte.</w:t>
          </w:r>
        </w:sdtContent>
      </w:sdt>
    </w:p>
    <w:p w14:paraId="79BEB499" w14:textId="77777777" w:rsidR="008878A6" w:rsidRPr="004E7B6F" w:rsidRDefault="008878A6" w:rsidP="004E7B6F">
      <w:pPr>
        <w:spacing w:line="240" w:lineRule="auto"/>
        <w:ind w:left="-709"/>
        <w:rPr>
          <w:b/>
          <w:color w:val="548DD4" w:themeColor="text2" w:themeTint="99"/>
        </w:rPr>
      </w:pPr>
    </w:p>
    <w:p w14:paraId="29A0D092" w14:textId="1FB4CCAA" w:rsidR="00807F02" w:rsidRPr="0083398D" w:rsidRDefault="00807F02" w:rsidP="0083398D">
      <w:pPr>
        <w:pStyle w:val="Paragraphedeliste"/>
        <w:numPr>
          <w:ilvl w:val="0"/>
          <w:numId w:val="10"/>
        </w:numPr>
        <w:spacing w:line="240" w:lineRule="auto"/>
        <w:rPr>
          <w:b/>
          <w:u w:val="single"/>
          <w:lang w:val="fr-FR"/>
        </w:rPr>
      </w:pPr>
      <w:r w:rsidRPr="0083398D">
        <w:rPr>
          <w:b/>
          <w:u w:val="single"/>
          <w:lang w:val="fr-FR"/>
        </w:rPr>
        <w:t>ALERTES REPÉRÉES</w:t>
      </w:r>
    </w:p>
    <w:p w14:paraId="59D884B9" w14:textId="03FD8246" w:rsidR="00923842" w:rsidRDefault="0025580B" w:rsidP="000D2B05">
      <w:pPr>
        <w:spacing w:line="240" w:lineRule="auto"/>
        <w:ind w:left="-709"/>
        <w:rPr>
          <w:lang w:val="fr-FR"/>
        </w:rPr>
      </w:pPr>
      <w:sdt>
        <w:sdtPr>
          <w:rPr>
            <w:rStyle w:val="Rponses"/>
          </w:rPr>
          <w:id w:val="1361016686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923842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807F02" w:rsidRPr="00807F02">
        <w:rPr>
          <w:lang w:val="fr-FR"/>
        </w:rPr>
        <w:t xml:space="preserve"> Santé </w:t>
      </w:r>
      <w:r w:rsidR="00923842">
        <w:rPr>
          <w:lang w:val="fr-FR"/>
        </w:rPr>
        <w:tab/>
      </w:r>
      <w:r w:rsidR="00923842">
        <w:rPr>
          <w:lang w:val="fr-FR"/>
        </w:rPr>
        <w:tab/>
      </w:r>
      <w:r w:rsidR="00923842">
        <w:rPr>
          <w:lang w:val="fr-FR"/>
        </w:rPr>
        <w:tab/>
      </w:r>
      <w:r w:rsidR="00923842">
        <w:rPr>
          <w:lang w:val="fr-FR"/>
        </w:rPr>
        <w:tab/>
      </w:r>
      <w:sdt>
        <w:sdtPr>
          <w:rPr>
            <w:rStyle w:val="Rponses"/>
          </w:rPr>
          <w:id w:val="410281312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923842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923842" w:rsidRPr="00807F02">
        <w:rPr>
          <w:lang w:val="fr-FR"/>
        </w:rPr>
        <w:t xml:space="preserve"> Habitat</w:t>
      </w:r>
      <w:r w:rsidR="00923842">
        <w:rPr>
          <w:lang w:val="fr-FR"/>
        </w:rPr>
        <w:tab/>
      </w:r>
      <w:r w:rsidR="00923842">
        <w:rPr>
          <w:lang w:val="fr-FR"/>
        </w:rPr>
        <w:tab/>
      </w:r>
      <w:r w:rsidR="00923842">
        <w:rPr>
          <w:lang w:val="fr-FR"/>
        </w:rPr>
        <w:tab/>
      </w:r>
      <w:r w:rsidR="00923842">
        <w:rPr>
          <w:lang w:val="fr-FR"/>
        </w:rPr>
        <w:tab/>
      </w:r>
      <w:sdt>
        <w:sdtPr>
          <w:rPr>
            <w:rStyle w:val="Rponses"/>
          </w:rPr>
          <w:id w:val="-1911066618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923842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923842" w:rsidRPr="00807F02">
        <w:rPr>
          <w:lang w:val="fr-FR"/>
        </w:rPr>
        <w:t xml:space="preserve"> </w:t>
      </w:r>
      <w:r w:rsidR="00923842">
        <w:rPr>
          <w:lang w:val="fr-FR"/>
        </w:rPr>
        <w:t>Isolement social</w:t>
      </w:r>
      <w:r w:rsidR="00923842">
        <w:rPr>
          <w:lang w:val="fr-FR"/>
        </w:rPr>
        <w:tab/>
      </w:r>
    </w:p>
    <w:p w14:paraId="611711C0" w14:textId="392AE2BD" w:rsidR="00923842" w:rsidRDefault="0025580B" w:rsidP="000D2B05">
      <w:pPr>
        <w:spacing w:line="240" w:lineRule="auto"/>
        <w:ind w:left="-709"/>
        <w:rPr>
          <w:rStyle w:val="Rponses"/>
        </w:rPr>
      </w:pPr>
      <w:sdt>
        <w:sdtPr>
          <w:rPr>
            <w:rStyle w:val="Rponses"/>
          </w:rPr>
          <w:id w:val="-948706870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923842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923842" w:rsidRPr="00807F02">
        <w:rPr>
          <w:lang w:val="fr-FR"/>
        </w:rPr>
        <w:t xml:space="preserve"> </w:t>
      </w:r>
      <w:r w:rsidR="00807F02" w:rsidRPr="00807F02">
        <w:rPr>
          <w:lang w:val="fr-FR"/>
        </w:rPr>
        <w:t>Autonomie</w:t>
      </w:r>
      <w:r w:rsidR="00923842" w:rsidRPr="00923842">
        <w:rPr>
          <w:rStyle w:val="Rponses"/>
        </w:rPr>
        <w:t xml:space="preserve"> </w:t>
      </w:r>
      <w:r w:rsidR="00923842">
        <w:rPr>
          <w:rStyle w:val="Rponses"/>
        </w:rPr>
        <w:tab/>
      </w:r>
      <w:r w:rsidR="00923842">
        <w:rPr>
          <w:rStyle w:val="Rponses"/>
        </w:rPr>
        <w:tab/>
      </w:r>
      <w:r w:rsidR="00923842">
        <w:rPr>
          <w:rStyle w:val="Rponses"/>
        </w:rPr>
        <w:tab/>
      </w:r>
      <w:r w:rsidR="00923842">
        <w:rPr>
          <w:rStyle w:val="Rponses"/>
        </w:rPr>
        <w:tab/>
      </w:r>
      <w:sdt>
        <w:sdtPr>
          <w:rPr>
            <w:rStyle w:val="Rponses"/>
          </w:rPr>
          <w:id w:val="-1609577023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923842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923842" w:rsidRPr="00807F02">
        <w:rPr>
          <w:lang w:val="fr-FR"/>
        </w:rPr>
        <w:t xml:space="preserve"> Administratif</w:t>
      </w:r>
      <w:r w:rsidR="00923842">
        <w:rPr>
          <w:lang w:val="fr-FR"/>
        </w:rPr>
        <w:tab/>
      </w:r>
      <w:r w:rsidR="00923842">
        <w:rPr>
          <w:lang w:val="fr-FR"/>
        </w:rPr>
        <w:tab/>
      </w:r>
      <w:r w:rsidR="00923842">
        <w:rPr>
          <w:lang w:val="fr-FR"/>
        </w:rPr>
        <w:tab/>
      </w:r>
      <w:sdt>
        <w:sdtPr>
          <w:rPr>
            <w:rStyle w:val="Rponses"/>
          </w:rPr>
          <w:id w:val="-2004115802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923842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923842" w:rsidRPr="00807F02">
        <w:rPr>
          <w:lang w:val="fr-FR"/>
        </w:rPr>
        <w:t xml:space="preserve"> </w:t>
      </w:r>
      <w:r w:rsidR="00923842">
        <w:rPr>
          <w:lang w:val="fr-FR"/>
        </w:rPr>
        <w:t>Soutien de l’aidant</w:t>
      </w:r>
    </w:p>
    <w:p w14:paraId="49C870EB" w14:textId="3D4939D6" w:rsidR="00807F02" w:rsidRDefault="00807F02" w:rsidP="000D2B05">
      <w:pPr>
        <w:spacing w:line="240" w:lineRule="auto"/>
        <w:ind w:left="-709"/>
        <w:rPr>
          <w:lang w:val="fr-FR"/>
        </w:rPr>
      </w:pPr>
    </w:p>
    <w:p w14:paraId="24D11997" w14:textId="0C76CEC5" w:rsidR="00923842" w:rsidRPr="00923842" w:rsidRDefault="00656554" w:rsidP="00923842">
      <w:pPr>
        <w:pStyle w:val="Paragraphedeliste"/>
        <w:numPr>
          <w:ilvl w:val="0"/>
          <w:numId w:val="10"/>
        </w:numPr>
        <w:spacing w:line="240" w:lineRule="auto"/>
        <w:rPr>
          <w:b/>
          <w:u w:val="single"/>
          <w:lang w:val="fr-FR"/>
        </w:rPr>
      </w:pPr>
      <w:r w:rsidRPr="00923842">
        <w:rPr>
          <w:b/>
          <w:u w:val="single"/>
          <w:lang w:val="fr-FR"/>
        </w:rPr>
        <w:t>ENVIRONNEMENT FAMILIAL ET SOCIAL</w:t>
      </w:r>
    </w:p>
    <w:p w14:paraId="1E9216E2" w14:textId="37689C8C" w:rsidR="00923842" w:rsidRPr="00807F02" w:rsidRDefault="00923842" w:rsidP="00923842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 xml:space="preserve">Aidant identifié : </w:t>
      </w:r>
      <w:sdt>
        <w:sdtPr>
          <w:rPr>
            <w:rStyle w:val="Rponses"/>
          </w:rPr>
          <w:id w:val="-648282002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Pr="00807F02">
        <w:rPr>
          <w:lang w:val="fr-FR"/>
        </w:rPr>
        <w:t xml:space="preserve"> Oui </w:t>
      </w:r>
      <w:sdt>
        <w:sdtPr>
          <w:rPr>
            <w:rStyle w:val="Rponses"/>
          </w:rPr>
          <w:id w:val="1502463642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Pr="00807F02">
        <w:rPr>
          <w:lang w:val="fr-FR"/>
        </w:rPr>
        <w:t xml:space="preserve"> </w:t>
      </w:r>
      <w:r>
        <w:rPr>
          <w:lang w:val="fr-FR"/>
        </w:rPr>
        <w:t>Non</w:t>
      </w:r>
    </w:p>
    <w:p w14:paraId="0CA57CCA" w14:textId="065C7A6B" w:rsidR="00264EEC" w:rsidRPr="00807F02" w:rsidRDefault="00656554" w:rsidP="000D2B05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>Situation familiale / Entourage</w:t>
      </w:r>
      <w:r w:rsidR="00923842">
        <w:rPr>
          <w:lang w:val="fr-FR"/>
        </w:rPr>
        <w:t xml:space="preserve"> </w:t>
      </w:r>
      <w:r w:rsidRPr="00807F02">
        <w:rPr>
          <w:lang w:val="fr-FR"/>
        </w:rPr>
        <w:t xml:space="preserve">: </w:t>
      </w:r>
      <w:sdt>
        <w:sdtPr>
          <w:rPr>
            <w:rStyle w:val="Rponses"/>
          </w:rPr>
          <w:tag w:val="hfjf"/>
          <w:id w:val="-202020778"/>
          <w:placeholder>
            <w:docPart w:val="21FAB65BA2574FD885E74842A7B5E4CD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923842" w:rsidRPr="008A0DA8">
            <w:rPr>
              <w:rStyle w:val="Textedelespacerserv"/>
            </w:rPr>
            <w:t>Cliquez ou appuyez ici pour entrer du texte.</w:t>
          </w:r>
        </w:sdtContent>
      </w:sdt>
    </w:p>
    <w:p w14:paraId="0C71FD0D" w14:textId="77777777" w:rsidR="00923842" w:rsidRDefault="00923842" w:rsidP="00923842">
      <w:pPr>
        <w:spacing w:line="240" w:lineRule="auto"/>
        <w:ind w:left="-709"/>
        <w:rPr>
          <w:lang w:val="fr-FR"/>
        </w:rPr>
      </w:pPr>
    </w:p>
    <w:p w14:paraId="08A8F070" w14:textId="77777777" w:rsidR="00923842" w:rsidRDefault="00656554" w:rsidP="00923842">
      <w:pPr>
        <w:spacing w:line="240" w:lineRule="auto"/>
        <w:ind w:left="-709"/>
        <w:rPr>
          <w:lang w:val="fr-FR"/>
        </w:rPr>
      </w:pPr>
      <w:r w:rsidRPr="00923842">
        <w:rPr>
          <w:b/>
          <w:lang w:val="fr-FR"/>
        </w:rPr>
        <w:t>Mesure de protection</w:t>
      </w:r>
      <w:r w:rsidR="00923842" w:rsidRPr="00923842">
        <w:rPr>
          <w:b/>
          <w:lang w:val="fr-FR"/>
        </w:rPr>
        <w:t xml:space="preserve"> juridique</w:t>
      </w:r>
      <w:r w:rsidRPr="00923842">
        <w:rPr>
          <w:b/>
          <w:lang w:val="fr-FR"/>
        </w:rPr>
        <w:t xml:space="preserve"> : </w:t>
      </w:r>
      <w:sdt>
        <w:sdtPr>
          <w:rPr>
            <w:rStyle w:val="Rponses"/>
          </w:rPr>
          <w:id w:val="-1860730032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923842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923842" w:rsidRPr="00807F02">
        <w:rPr>
          <w:lang w:val="fr-FR"/>
        </w:rPr>
        <w:t xml:space="preserve"> Oui </w:t>
      </w:r>
      <w:sdt>
        <w:sdtPr>
          <w:rPr>
            <w:rStyle w:val="Rponses"/>
          </w:rPr>
          <w:id w:val="-405225457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923842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923842" w:rsidRPr="00807F02">
        <w:rPr>
          <w:lang w:val="fr-FR"/>
        </w:rPr>
        <w:t xml:space="preserve"> </w:t>
      </w:r>
      <w:r w:rsidR="00923842">
        <w:rPr>
          <w:lang w:val="fr-FR"/>
        </w:rPr>
        <w:t xml:space="preserve">Non </w:t>
      </w:r>
      <w:sdt>
        <w:sdtPr>
          <w:rPr>
            <w:rStyle w:val="Rponses"/>
          </w:rPr>
          <w:id w:val="1539779969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923842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923842">
        <w:rPr>
          <w:rStyle w:val="Rponses"/>
        </w:rPr>
        <w:t xml:space="preserve"> </w:t>
      </w:r>
      <w:r w:rsidR="00923842">
        <w:rPr>
          <w:lang w:val="fr-FR"/>
        </w:rPr>
        <w:t>En cours</w:t>
      </w:r>
    </w:p>
    <w:p w14:paraId="732A259B" w14:textId="1273871F" w:rsidR="00923842" w:rsidRDefault="00923842" w:rsidP="00923842">
      <w:pPr>
        <w:spacing w:line="240" w:lineRule="auto"/>
        <w:ind w:left="-709"/>
        <w:rPr>
          <w:lang w:val="fr-FR"/>
        </w:rPr>
      </w:pPr>
      <w:r>
        <w:rPr>
          <w:lang w:val="fr-FR"/>
        </w:rPr>
        <w:t xml:space="preserve">Préciser : </w:t>
      </w:r>
      <w:r w:rsidR="007E2980">
        <w:rPr>
          <w:lang w:val="fr-FR"/>
        </w:rPr>
        <w:tab/>
      </w:r>
      <w:sdt>
        <w:sdtPr>
          <w:rPr>
            <w:rStyle w:val="Rponses"/>
          </w:rPr>
          <w:id w:val="1454137115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Pr="00807F02">
        <w:rPr>
          <w:lang w:val="fr-FR"/>
        </w:rPr>
        <w:t xml:space="preserve"> Curatelle </w:t>
      </w:r>
      <w:sdt>
        <w:sdtPr>
          <w:rPr>
            <w:rStyle w:val="Rponses"/>
          </w:rPr>
          <w:id w:val="68552282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Pr="00807F02">
        <w:rPr>
          <w:lang w:val="fr-FR"/>
        </w:rPr>
        <w:t xml:space="preserve"> Tutelle </w:t>
      </w:r>
      <w:sdt>
        <w:sdtPr>
          <w:rPr>
            <w:rStyle w:val="Rponses"/>
          </w:rPr>
          <w:id w:val="1640846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Pr="00807F02">
        <w:rPr>
          <w:lang w:val="fr-FR"/>
        </w:rPr>
        <w:t xml:space="preserve"> Habilitation familiale</w:t>
      </w:r>
      <w:r>
        <w:rPr>
          <w:lang w:val="fr-FR"/>
        </w:rPr>
        <w:t xml:space="preserve"> </w:t>
      </w:r>
      <w:sdt>
        <w:sdtPr>
          <w:rPr>
            <w:rStyle w:val="Rponses"/>
          </w:rPr>
          <w:id w:val="2015878686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>
        <w:rPr>
          <w:rStyle w:val="Rponses"/>
        </w:rPr>
        <w:t xml:space="preserve"> </w:t>
      </w:r>
      <w:r>
        <w:rPr>
          <w:lang w:val="fr-FR"/>
        </w:rPr>
        <w:t>Mandat de Protection future</w:t>
      </w:r>
    </w:p>
    <w:p w14:paraId="52B71FC1" w14:textId="11B6D62B" w:rsidR="007E2980" w:rsidRDefault="007E2980" w:rsidP="00EA010C">
      <w:pPr>
        <w:spacing w:line="240" w:lineRule="auto"/>
        <w:ind w:left="-709"/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sdt>
        <w:sdtPr>
          <w:rPr>
            <w:rStyle w:val="Rponses"/>
          </w:rPr>
          <w:id w:val="-343481585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>
        <w:rPr>
          <w:rStyle w:val="Rponses"/>
        </w:rPr>
        <w:t xml:space="preserve"> </w:t>
      </w:r>
      <w:r>
        <w:rPr>
          <w:lang w:val="fr-FR"/>
        </w:rPr>
        <w:t xml:space="preserve">Autre : </w:t>
      </w:r>
      <w:sdt>
        <w:sdtPr>
          <w:rPr>
            <w:rStyle w:val="Rponses"/>
          </w:rPr>
          <w:tag w:val="hfjf"/>
          <w:id w:val="124430015"/>
          <w:placeholder>
            <w:docPart w:val="1B661922D7B74370A858C8E6C7A229B2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EA010C" w:rsidRPr="008A0DA8">
            <w:rPr>
              <w:rStyle w:val="Textedelespacerserv"/>
            </w:rPr>
            <w:t>Cliquez ou appuyez ici pour entrer du texte.</w:t>
          </w:r>
        </w:sdtContent>
      </w:sdt>
    </w:p>
    <w:p w14:paraId="5FCA7244" w14:textId="77777777" w:rsidR="00EA010C" w:rsidRPr="00807F02" w:rsidRDefault="007E2980" w:rsidP="00EA010C">
      <w:pPr>
        <w:spacing w:line="240" w:lineRule="auto"/>
        <w:ind w:left="-709"/>
        <w:rPr>
          <w:lang w:val="fr-FR"/>
        </w:rPr>
      </w:pPr>
      <w:r>
        <w:rPr>
          <w:lang w:val="fr-FR"/>
        </w:rPr>
        <w:t xml:space="preserve">Personne(s) habilitée(s) : </w:t>
      </w:r>
      <w:sdt>
        <w:sdtPr>
          <w:rPr>
            <w:rStyle w:val="Rponses"/>
          </w:rPr>
          <w:tag w:val="hfjf"/>
          <w:id w:val="-107661418"/>
          <w:placeholder>
            <w:docPart w:val="08AF7FD2F76B4578A532946F698EA626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EA010C" w:rsidRPr="008A0DA8">
            <w:rPr>
              <w:rStyle w:val="Textedelespacerserv"/>
            </w:rPr>
            <w:t>Cliquez ou appuyez ici pour entrer du texte.</w:t>
          </w:r>
        </w:sdtContent>
      </w:sdt>
    </w:p>
    <w:p w14:paraId="64DAD37F" w14:textId="5908D27D" w:rsidR="00807F02" w:rsidRPr="00814D9D" w:rsidRDefault="00807F02" w:rsidP="00EA010C">
      <w:pPr>
        <w:spacing w:line="240" w:lineRule="auto"/>
        <w:rPr>
          <w:highlight w:val="yellow"/>
          <w:lang w:val="fr-FR"/>
        </w:rPr>
      </w:pPr>
    </w:p>
    <w:p w14:paraId="48169A39" w14:textId="15ABEFDA" w:rsidR="00814D9D" w:rsidRPr="007E2980" w:rsidRDefault="00814D9D" w:rsidP="000D2B05">
      <w:pPr>
        <w:spacing w:line="240" w:lineRule="auto"/>
        <w:ind w:left="-709"/>
        <w:rPr>
          <w:lang w:val="fr-FR"/>
        </w:rPr>
      </w:pPr>
      <w:r w:rsidRPr="007E2980">
        <w:rPr>
          <w:lang w:val="fr-FR"/>
        </w:rPr>
        <w:t xml:space="preserve">Téléalarme : </w:t>
      </w:r>
      <w:sdt>
        <w:sdtPr>
          <w:rPr>
            <w:rStyle w:val="Rponses"/>
          </w:rPr>
          <w:id w:val="-1025327994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7E2980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7E2980" w:rsidRPr="007E2980">
        <w:rPr>
          <w:lang w:val="fr-FR"/>
        </w:rPr>
        <w:t xml:space="preserve"> </w:t>
      </w:r>
      <w:r w:rsidRPr="007E2980">
        <w:rPr>
          <w:lang w:val="fr-FR"/>
        </w:rPr>
        <w:t xml:space="preserve">Oui </w:t>
      </w:r>
      <w:sdt>
        <w:sdtPr>
          <w:rPr>
            <w:rStyle w:val="Rponses"/>
          </w:rPr>
          <w:id w:val="-1484463958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7E2980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7E2980" w:rsidRPr="007E2980">
        <w:rPr>
          <w:lang w:val="fr-FR"/>
        </w:rPr>
        <w:t xml:space="preserve"> </w:t>
      </w:r>
      <w:r w:rsidRPr="007E2980">
        <w:rPr>
          <w:lang w:val="fr-FR"/>
        </w:rPr>
        <w:t>Non</w:t>
      </w:r>
    </w:p>
    <w:p w14:paraId="6713729F" w14:textId="3B1DD966" w:rsidR="00814D9D" w:rsidRDefault="00814D9D" w:rsidP="000D2B05">
      <w:pPr>
        <w:spacing w:line="240" w:lineRule="auto"/>
        <w:ind w:left="-709"/>
        <w:rPr>
          <w:lang w:val="fr-FR"/>
        </w:rPr>
      </w:pPr>
      <w:r w:rsidRPr="007E2980">
        <w:rPr>
          <w:lang w:val="fr-FR"/>
        </w:rPr>
        <w:t xml:space="preserve">Portage de repas : </w:t>
      </w:r>
      <w:sdt>
        <w:sdtPr>
          <w:rPr>
            <w:rStyle w:val="Rponses"/>
          </w:rPr>
          <w:id w:val="-87387245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7E2980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7E2980" w:rsidRPr="007E2980">
        <w:rPr>
          <w:lang w:val="fr-FR"/>
        </w:rPr>
        <w:t xml:space="preserve"> </w:t>
      </w:r>
      <w:r w:rsidRPr="007E2980">
        <w:rPr>
          <w:lang w:val="fr-FR"/>
        </w:rPr>
        <w:t xml:space="preserve">Oui </w:t>
      </w:r>
      <w:sdt>
        <w:sdtPr>
          <w:rPr>
            <w:rStyle w:val="Rponses"/>
          </w:rPr>
          <w:id w:val="1635069548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7E2980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7E2980" w:rsidRPr="007E2980">
        <w:rPr>
          <w:lang w:val="fr-FR"/>
        </w:rPr>
        <w:t xml:space="preserve"> </w:t>
      </w:r>
      <w:r w:rsidRPr="007E2980">
        <w:rPr>
          <w:lang w:val="fr-FR"/>
        </w:rPr>
        <w:t>Non</w:t>
      </w:r>
    </w:p>
    <w:p w14:paraId="0329F5F3" w14:textId="77777777" w:rsidR="007E2980" w:rsidRDefault="007E2980" w:rsidP="000D2B05">
      <w:pPr>
        <w:spacing w:line="240" w:lineRule="auto"/>
        <w:ind w:left="-709"/>
        <w:rPr>
          <w:lang w:val="fr-FR"/>
        </w:rPr>
      </w:pPr>
    </w:p>
    <w:p w14:paraId="76C1473D" w14:textId="1768C8FB" w:rsidR="00264EEC" w:rsidRPr="00807F02" w:rsidRDefault="00656554" w:rsidP="007E2980">
      <w:pPr>
        <w:pStyle w:val="Paragraphedeliste"/>
        <w:numPr>
          <w:ilvl w:val="0"/>
          <w:numId w:val="10"/>
        </w:numPr>
        <w:spacing w:line="240" w:lineRule="auto"/>
        <w:rPr>
          <w:lang w:val="fr-FR"/>
        </w:rPr>
      </w:pPr>
      <w:r w:rsidRPr="007E2980">
        <w:rPr>
          <w:b/>
          <w:u w:val="single"/>
          <w:lang w:val="fr-FR"/>
        </w:rPr>
        <w:t>SANTÉ ET PARCOURS DE SOINS</w:t>
      </w:r>
    </w:p>
    <w:p w14:paraId="79125389" w14:textId="135A1CE8" w:rsidR="007E2980" w:rsidRDefault="007E2980" w:rsidP="000D2B05">
      <w:pPr>
        <w:spacing w:line="240" w:lineRule="auto"/>
        <w:ind w:left="-709"/>
        <w:rPr>
          <w:lang w:val="fr-FR"/>
        </w:rPr>
      </w:pPr>
      <w:r>
        <w:rPr>
          <w:lang w:val="fr-FR"/>
        </w:rPr>
        <w:t xml:space="preserve">Pathologie(s) : </w:t>
      </w:r>
      <w:sdt>
        <w:sdtPr>
          <w:rPr>
            <w:rStyle w:val="Rponses"/>
          </w:rPr>
          <w:id w:val="-902375957"/>
          <w:placeholder>
            <w:docPart w:val="A09C62DB5F614464B7B08A9DE3747866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Pr="008A0DA8">
            <w:rPr>
              <w:rStyle w:val="Textedelespacerserv"/>
            </w:rPr>
            <w:t>Cliquez ou appuyez ici pour entrer du texte.</w:t>
          </w:r>
        </w:sdtContent>
      </w:sdt>
    </w:p>
    <w:p w14:paraId="6FD6D609" w14:textId="53B8F16A" w:rsidR="00264EEC" w:rsidRPr="00807F02" w:rsidRDefault="00656554" w:rsidP="000D2B05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 xml:space="preserve">Médecin traitant : </w:t>
      </w:r>
      <w:sdt>
        <w:sdtPr>
          <w:rPr>
            <w:rStyle w:val="Rponses"/>
          </w:rPr>
          <w:id w:val="-1274243446"/>
          <w:placeholder>
            <w:docPart w:val="563FBD85BED34CB2A2591CCEEF33452D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7E2980" w:rsidRPr="008A0DA8">
            <w:rPr>
              <w:rStyle w:val="Textedelespacerserv"/>
            </w:rPr>
            <w:t>Cliquez ou appuyez ici pour entrer du texte.</w:t>
          </w:r>
        </w:sdtContent>
      </w:sdt>
    </w:p>
    <w:p w14:paraId="1FDE003F" w14:textId="77777777" w:rsidR="00264EEC" w:rsidRPr="00807F02" w:rsidRDefault="00656554" w:rsidP="000D2B05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>Autres professionnels / dispositifs en place :</w:t>
      </w:r>
    </w:p>
    <w:p w14:paraId="09567326" w14:textId="450FFB47" w:rsidR="007E2980" w:rsidRDefault="0025580B" w:rsidP="000D2B05">
      <w:pPr>
        <w:spacing w:line="240" w:lineRule="auto"/>
        <w:ind w:left="-709"/>
        <w:rPr>
          <w:lang w:val="fr-FR"/>
        </w:rPr>
      </w:pPr>
      <w:sdt>
        <w:sdtPr>
          <w:rPr>
            <w:rStyle w:val="Rponses"/>
          </w:rPr>
          <w:id w:val="73798795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7E2980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7E2980" w:rsidRPr="007E2980">
        <w:rPr>
          <w:lang w:val="fr-FR"/>
        </w:rPr>
        <w:t xml:space="preserve"> </w:t>
      </w:r>
      <w:r w:rsidR="007E2980">
        <w:rPr>
          <w:lang w:val="fr-FR"/>
        </w:rPr>
        <w:t>DAC</w:t>
      </w:r>
      <w:r w:rsidR="007E2980">
        <w:rPr>
          <w:lang w:val="fr-FR"/>
        </w:rPr>
        <w:tab/>
      </w:r>
      <w:r w:rsidR="007E2980">
        <w:rPr>
          <w:lang w:val="fr-FR"/>
        </w:rPr>
        <w:tab/>
      </w:r>
      <w:sdt>
        <w:sdtPr>
          <w:rPr>
            <w:rStyle w:val="Rponses"/>
          </w:rPr>
          <w:id w:val="830879617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7E2980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7E2980" w:rsidRPr="007E2980">
        <w:rPr>
          <w:lang w:val="fr-FR"/>
        </w:rPr>
        <w:t xml:space="preserve"> </w:t>
      </w:r>
      <w:r w:rsidR="007E2980">
        <w:rPr>
          <w:lang w:val="fr-FR"/>
        </w:rPr>
        <w:t>SAAD</w:t>
      </w:r>
      <w:r w:rsidR="007E2980">
        <w:rPr>
          <w:lang w:val="fr-FR"/>
        </w:rPr>
        <w:tab/>
      </w:r>
      <w:sdt>
        <w:sdtPr>
          <w:rPr>
            <w:rStyle w:val="Rponses"/>
          </w:rPr>
          <w:id w:val="-38592594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7E2980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7E2980" w:rsidRPr="007E2980">
        <w:rPr>
          <w:lang w:val="fr-FR"/>
        </w:rPr>
        <w:t xml:space="preserve"> </w:t>
      </w:r>
      <w:r w:rsidR="00656554" w:rsidRPr="00807F02">
        <w:rPr>
          <w:lang w:val="fr-FR"/>
        </w:rPr>
        <w:t>SSIAD</w:t>
      </w:r>
      <w:r w:rsidR="007E2980">
        <w:rPr>
          <w:lang w:val="fr-FR"/>
        </w:rPr>
        <w:tab/>
      </w:r>
      <w:sdt>
        <w:sdtPr>
          <w:rPr>
            <w:rStyle w:val="Rponses"/>
          </w:rPr>
          <w:id w:val="487674166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7E2980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7E2980" w:rsidRPr="007E2980">
        <w:rPr>
          <w:lang w:val="fr-FR"/>
        </w:rPr>
        <w:t xml:space="preserve"> </w:t>
      </w:r>
      <w:r w:rsidR="00656554" w:rsidRPr="00807F02">
        <w:rPr>
          <w:lang w:val="fr-FR"/>
        </w:rPr>
        <w:t xml:space="preserve">HAD </w:t>
      </w:r>
    </w:p>
    <w:p w14:paraId="6C7283FE" w14:textId="404E54F3" w:rsidR="00264EEC" w:rsidRPr="00814D9D" w:rsidRDefault="0025580B" w:rsidP="000D2B05">
      <w:pPr>
        <w:spacing w:line="240" w:lineRule="auto"/>
        <w:ind w:left="-709"/>
        <w:rPr>
          <w:highlight w:val="yellow"/>
          <w:lang w:val="fr-FR"/>
        </w:rPr>
      </w:pPr>
      <w:sdt>
        <w:sdtPr>
          <w:rPr>
            <w:rStyle w:val="Rponses"/>
          </w:rPr>
          <w:id w:val="660202024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7E2980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7E2980" w:rsidRPr="007E2980">
        <w:rPr>
          <w:lang w:val="fr-FR"/>
        </w:rPr>
        <w:t xml:space="preserve"> </w:t>
      </w:r>
      <w:r w:rsidR="00656554" w:rsidRPr="00807F02">
        <w:rPr>
          <w:lang w:val="fr-FR"/>
        </w:rPr>
        <w:t xml:space="preserve">CCAS </w:t>
      </w:r>
      <w:r w:rsidR="007E2980">
        <w:rPr>
          <w:lang w:val="fr-FR"/>
        </w:rPr>
        <w:tab/>
      </w:r>
      <w:sdt>
        <w:sdtPr>
          <w:rPr>
            <w:rStyle w:val="Rponses"/>
          </w:rPr>
          <w:id w:val="1658951337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7E2980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7E2980" w:rsidRPr="007E2980">
        <w:rPr>
          <w:lang w:val="fr-FR"/>
        </w:rPr>
        <w:t xml:space="preserve"> </w:t>
      </w:r>
      <w:r w:rsidR="00656554" w:rsidRPr="00807F02">
        <w:rPr>
          <w:lang w:val="fr-FR"/>
        </w:rPr>
        <w:t xml:space="preserve">Hôpital </w:t>
      </w:r>
      <w:r w:rsidR="007E2980">
        <w:rPr>
          <w:lang w:val="fr-FR"/>
        </w:rPr>
        <w:tab/>
      </w:r>
      <w:sdt>
        <w:sdtPr>
          <w:rPr>
            <w:rStyle w:val="Rponses"/>
          </w:rPr>
          <w:id w:val="2088042703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7E2980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7E2980" w:rsidRPr="007E2980">
        <w:rPr>
          <w:lang w:val="fr-FR"/>
        </w:rPr>
        <w:t xml:space="preserve"> </w:t>
      </w:r>
      <w:r w:rsidR="00656554" w:rsidRPr="00807F02">
        <w:rPr>
          <w:lang w:val="fr-FR"/>
        </w:rPr>
        <w:t xml:space="preserve">Libéraux </w:t>
      </w:r>
      <w:r w:rsidR="007E2980">
        <w:rPr>
          <w:lang w:val="fr-FR"/>
        </w:rPr>
        <w:tab/>
      </w:r>
      <w:sdt>
        <w:sdtPr>
          <w:rPr>
            <w:rStyle w:val="Rponses"/>
          </w:rPr>
          <w:id w:val="-1797985731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7E2980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7E2980" w:rsidRPr="007E2980">
        <w:rPr>
          <w:lang w:val="fr-FR"/>
        </w:rPr>
        <w:t xml:space="preserve"> </w:t>
      </w:r>
      <w:r w:rsidR="00656554" w:rsidRPr="00807F02">
        <w:rPr>
          <w:lang w:val="fr-FR"/>
        </w:rPr>
        <w:t>Autres</w:t>
      </w:r>
      <w:r w:rsidR="00814D9D">
        <w:rPr>
          <w:lang w:val="fr-FR"/>
        </w:rPr>
        <w:t xml:space="preserve"> : </w:t>
      </w:r>
      <w:sdt>
        <w:sdtPr>
          <w:rPr>
            <w:rStyle w:val="Rponses"/>
          </w:rPr>
          <w:id w:val="-1823739582"/>
          <w:placeholder>
            <w:docPart w:val="DefaultPlaceholder_-1854013440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7E2980" w:rsidRPr="008A0DA8">
            <w:rPr>
              <w:rStyle w:val="Textedelespacerserv"/>
            </w:rPr>
            <w:t>Cliquez ou appuyez ici pour entrer du texte.</w:t>
          </w:r>
        </w:sdtContent>
      </w:sdt>
    </w:p>
    <w:p w14:paraId="2B42A2EE" w14:textId="00672852" w:rsidR="00814D9D" w:rsidRDefault="00814D9D" w:rsidP="00681C48">
      <w:pPr>
        <w:spacing w:line="240" w:lineRule="auto"/>
        <w:ind w:left="-709"/>
        <w:jc w:val="both"/>
        <w:rPr>
          <w:rStyle w:val="Rponses"/>
        </w:rPr>
      </w:pPr>
      <w:r w:rsidRPr="00681C48">
        <w:rPr>
          <w:lang w:val="fr-FR"/>
        </w:rPr>
        <w:t xml:space="preserve">Préciser le nom du prestataire (SAAD/SSIAD/HAD…) ou des libéraux impliqués dans </w:t>
      </w:r>
      <w:r w:rsidR="00681C48" w:rsidRPr="00681C48">
        <w:rPr>
          <w:lang w:val="fr-FR"/>
        </w:rPr>
        <w:t>l’accompagnement :</w:t>
      </w:r>
      <w:r w:rsidR="00681C48" w:rsidRPr="00681C48">
        <w:rPr>
          <w:b/>
          <w:lang w:val="fr-FR"/>
        </w:rPr>
        <w:t xml:space="preserve"> </w:t>
      </w:r>
      <w:sdt>
        <w:sdtPr>
          <w:rPr>
            <w:rStyle w:val="Rponses"/>
          </w:rPr>
          <w:id w:val="-160931499"/>
          <w:placeholder>
            <w:docPart w:val="DefaultPlaceholder_-1854013440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8878A6" w:rsidRPr="008A0DA8">
            <w:rPr>
              <w:rStyle w:val="Textedelespacerserv"/>
            </w:rPr>
            <w:t>Cliquez ou appuyez ici pour entrer du texte.</w:t>
          </w:r>
        </w:sdtContent>
      </w:sdt>
    </w:p>
    <w:p w14:paraId="108270F6" w14:textId="77777777" w:rsidR="008878A6" w:rsidRPr="00807F02" w:rsidRDefault="008878A6" w:rsidP="00681C48">
      <w:pPr>
        <w:spacing w:line="240" w:lineRule="auto"/>
        <w:ind w:left="-709"/>
        <w:jc w:val="both"/>
        <w:rPr>
          <w:lang w:val="fr-FR"/>
        </w:rPr>
      </w:pPr>
    </w:p>
    <w:p w14:paraId="003EAB4D" w14:textId="671045FD" w:rsidR="00264EEC" w:rsidRPr="00681C48" w:rsidRDefault="00656554" w:rsidP="00681C48">
      <w:pPr>
        <w:pStyle w:val="Paragraphedeliste"/>
        <w:numPr>
          <w:ilvl w:val="0"/>
          <w:numId w:val="10"/>
        </w:numPr>
        <w:spacing w:line="240" w:lineRule="auto"/>
        <w:rPr>
          <w:b/>
          <w:u w:val="single"/>
          <w:lang w:val="fr-FR"/>
        </w:rPr>
      </w:pPr>
      <w:r w:rsidRPr="00681C48">
        <w:rPr>
          <w:b/>
          <w:u w:val="single"/>
          <w:lang w:val="fr-FR"/>
        </w:rPr>
        <w:lastRenderedPageBreak/>
        <w:t xml:space="preserve"> PROJET DE VIE ET ATTENTES</w:t>
      </w:r>
    </w:p>
    <w:p w14:paraId="7F3E5E8B" w14:textId="77777777" w:rsidR="00264EEC" w:rsidRPr="00807F02" w:rsidRDefault="00656554" w:rsidP="000D2B05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>Souhaits de la personne :</w:t>
      </w:r>
    </w:p>
    <w:sdt>
      <w:sdtPr>
        <w:rPr>
          <w:rStyle w:val="Rponses"/>
        </w:rPr>
        <w:id w:val="-1073970767"/>
        <w:placeholder>
          <w:docPart w:val="DefaultPlaceholder_-1854013440"/>
        </w:placeholder>
        <w:showingPlcHdr/>
        <w15:color w:val="3366FF"/>
      </w:sdtPr>
      <w:sdtEndPr>
        <w:rPr>
          <w:rStyle w:val="Policepardfaut"/>
          <w:b w:val="0"/>
          <w:color w:val="auto"/>
          <w:lang w:val="fr-FR"/>
        </w:rPr>
      </w:sdtEndPr>
      <w:sdtContent>
        <w:p w14:paraId="0A3BEE05" w14:textId="5A6C7051" w:rsidR="00807F02" w:rsidRDefault="00681C48" w:rsidP="000D2B05">
          <w:pPr>
            <w:spacing w:line="240" w:lineRule="auto"/>
            <w:ind w:left="-709"/>
            <w:rPr>
              <w:lang w:val="fr-FR"/>
            </w:rPr>
          </w:pPr>
          <w:r w:rsidRPr="008A0DA8">
            <w:rPr>
              <w:rStyle w:val="Textedelespacerserv"/>
            </w:rPr>
            <w:t>Cliquez ou appuyez ici pour entrer du texte.</w:t>
          </w:r>
        </w:p>
      </w:sdtContent>
    </w:sdt>
    <w:p w14:paraId="108CAD7F" w14:textId="40622D04" w:rsidR="00264EEC" w:rsidRPr="00807F02" w:rsidRDefault="00656554" w:rsidP="000D2B05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>Souhaits de l’aidant :</w:t>
      </w:r>
    </w:p>
    <w:p w14:paraId="7274377F" w14:textId="2B26420D" w:rsidR="00681C48" w:rsidRDefault="0025580B" w:rsidP="000D2B05">
      <w:pPr>
        <w:spacing w:line="240" w:lineRule="auto"/>
        <w:ind w:left="-709"/>
        <w:rPr>
          <w:rStyle w:val="Rponses"/>
        </w:rPr>
      </w:pPr>
      <w:sdt>
        <w:sdtPr>
          <w:rPr>
            <w:rStyle w:val="Rponses"/>
          </w:rPr>
          <w:id w:val="655414712"/>
          <w:placeholder>
            <w:docPart w:val="DefaultPlaceholder_-1854013440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681C48" w:rsidRPr="008A0DA8">
            <w:rPr>
              <w:rStyle w:val="Textedelespacerserv"/>
            </w:rPr>
            <w:t>Cliquez ou appuyez ici pour entrer du texte.</w:t>
          </w:r>
        </w:sdtContent>
      </w:sdt>
    </w:p>
    <w:p w14:paraId="75C0C8E2" w14:textId="77777777" w:rsidR="008878A6" w:rsidRDefault="008878A6" w:rsidP="000D2B05">
      <w:pPr>
        <w:spacing w:line="240" w:lineRule="auto"/>
        <w:ind w:left="-709"/>
        <w:rPr>
          <w:b/>
          <w:lang w:val="fr-FR"/>
        </w:rPr>
      </w:pPr>
    </w:p>
    <w:p w14:paraId="17B706ED" w14:textId="065C5D8C" w:rsidR="00264EEC" w:rsidRPr="00807F02" w:rsidRDefault="00681C48" w:rsidP="00681C48">
      <w:pPr>
        <w:pStyle w:val="Paragraphedeliste"/>
        <w:numPr>
          <w:ilvl w:val="0"/>
          <w:numId w:val="10"/>
        </w:numPr>
        <w:spacing w:line="240" w:lineRule="auto"/>
        <w:rPr>
          <w:lang w:val="fr-FR"/>
        </w:rPr>
      </w:pPr>
      <w:r>
        <w:rPr>
          <w:b/>
          <w:u w:val="single"/>
          <w:lang w:val="fr-FR"/>
        </w:rPr>
        <w:t>SUITE DONNÉE À LA DEMANDE</w:t>
      </w:r>
    </w:p>
    <w:p w14:paraId="639177DB" w14:textId="725CADAE" w:rsidR="00264EEC" w:rsidRPr="00807F02" w:rsidRDefault="0025580B" w:rsidP="000D2B05">
      <w:pPr>
        <w:spacing w:line="240" w:lineRule="auto"/>
        <w:ind w:left="-709"/>
        <w:rPr>
          <w:lang w:val="fr-FR"/>
        </w:rPr>
      </w:pPr>
      <w:sdt>
        <w:sdtPr>
          <w:rPr>
            <w:rStyle w:val="Rponses"/>
          </w:rPr>
          <w:id w:val="146328202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681C48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681C48" w:rsidRPr="007E2980">
        <w:rPr>
          <w:lang w:val="fr-FR"/>
        </w:rPr>
        <w:t xml:space="preserve"> </w:t>
      </w:r>
      <w:r w:rsidR="00656554" w:rsidRPr="00807F02">
        <w:rPr>
          <w:lang w:val="fr-FR"/>
        </w:rPr>
        <w:t xml:space="preserve">Acceptée </w:t>
      </w:r>
      <w:r w:rsidR="00681C48">
        <w:rPr>
          <w:lang w:val="fr-FR"/>
        </w:rPr>
        <w:tab/>
      </w:r>
      <w:sdt>
        <w:sdtPr>
          <w:rPr>
            <w:rStyle w:val="Rponses"/>
          </w:rPr>
          <w:id w:val="1451205715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681C48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681C48" w:rsidRPr="007E2980">
        <w:rPr>
          <w:lang w:val="fr-FR"/>
        </w:rPr>
        <w:t xml:space="preserve"> </w:t>
      </w:r>
      <w:r w:rsidR="00656554" w:rsidRPr="00807F02">
        <w:rPr>
          <w:lang w:val="fr-FR"/>
        </w:rPr>
        <w:t>Refusée</w:t>
      </w:r>
      <w:r w:rsidR="00681C48">
        <w:rPr>
          <w:lang w:val="fr-FR"/>
        </w:rPr>
        <w:tab/>
      </w:r>
      <w:sdt>
        <w:sdtPr>
          <w:rPr>
            <w:rStyle w:val="Rponses"/>
          </w:rPr>
          <w:id w:val="883841886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Rponses"/>
          </w:rPr>
        </w:sdtEndPr>
        <w:sdtContent>
          <w:r w:rsidR="00681C48" w:rsidRPr="007E2980">
            <w:rPr>
              <w:rStyle w:val="Rponses"/>
              <w:rFonts w:ascii="MS Gothic" w:eastAsia="MS Gothic" w:hAnsi="MS Gothic" w:hint="eastAsia"/>
            </w:rPr>
            <w:t>☐</w:t>
          </w:r>
        </w:sdtContent>
      </w:sdt>
      <w:r w:rsidR="00656554" w:rsidRPr="00807F02">
        <w:rPr>
          <w:lang w:val="fr-FR"/>
        </w:rPr>
        <w:t xml:space="preserve"> Réorientation</w:t>
      </w:r>
      <w:r w:rsidR="00681C48">
        <w:rPr>
          <w:lang w:val="fr-FR"/>
        </w:rPr>
        <w:t xml:space="preserve"> : </w:t>
      </w:r>
      <w:sdt>
        <w:sdtPr>
          <w:rPr>
            <w:rStyle w:val="Rponses"/>
          </w:rPr>
          <w:id w:val="-87776103"/>
          <w:placeholder>
            <w:docPart w:val="DefaultPlaceholder_-1854013440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681C48" w:rsidRPr="008A0DA8">
            <w:rPr>
              <w:rStyle w:val="Textedelespacerserv"/>
            </w:rPr>
            <w:t>Cliquez ou appuyez ici pour entrer du texte.</w:t>
          </w:r>
        </w:sdtContent>
      </w:sdt>
    </w:p>
    <w:p w14:paraId="6C3F3CF3" w14:textId="77777777" w:rsidR="00681C48" w:rsidRDefault="00681C48" w:rsidP="000D2B05">
      <w:pPr>
        <w:spacing w:line="240" w:lineRule="auto"/>
        <w:ind w:left="-709"/>
        <w:rPr>
          <w:lang w:val="fr-FR"/>
        </w:rPr>
      </w:pPr>
    </w:p>
    <w:p w14:paraId="5EAFEA84" w14:textId="78BD9311" w:rsidR="00264EEC" w:rsidRPr="00807F02" w:rsidRDefault="00656554" w:rsidP="000D2B05">
      <w:pPr>
        <w:spacing w:line="240" w:lineRule="auto"/>
        <w:ind w:left="-709"/>
        <w:rPr>
          <w:lang w:val="fr-FR"/>
        </w:rPr>
      </w:pPr>
      <w:r w:rsidRPr="00807F02">
        <w:rPr>
          <w:lang w:val="fr-FR"/>
        </w:rPr>
        <w:t>Commentaires :</w:t>
      </w:r>
      <w:r w:rsidR="00681C48">
        <w:rPr>
          <w:lang w:val="fr-FR"/>
        </w:rPr>
        <w:t xml:space="preserve"> </w:t>
      </w:r>
      <w:sdt>
        <w:sdtPr>
          <w:rPr>
            <w:rStyle w:val="Rponses"/>
          </w:rPr>
          <w:id w:val="1457293407"/>
          <w:placeholder>
            <w:docPart w:val="9E4A3681F791420E925B39E2DFBA8A9D"/>
          </w:placeholder>
          <w:showingPlcHdr/>
          <w15:color w:val="3366FF"/>
        </w:sdtPr>
        <w:sdtEndPr>
          <w:rPr>
            <w:rStyle w:val="Policepardfaut"/>
            <w:b w:val="0"/>
            <w:color w:val="auto"/>
            <w:lang w:val="fr-FR"/>
          </w:rPr>
        </w:sdtEndPr>
        <w:sdtContent>
          <w:r w:rsidR="00681C48" w:rsidRPr="008A0DA8">
            <w:rPr>
              <w:rStyle w:val="Textedelespacerserv"/>
            </w:rPr>
            <w:t>Cliquez ou appuyez ici pour entrer du texte.</w:t>
          </w:r>
        </w:sdtContent>
      </w:sdt>
    </w:p>
    <w:p w14:paraId="1DC4C19E" w14:textId="2BB342A0" w:rsidR="00264EEC" w:rsidRDefault="00264EEC" w:rsidP="000D2B05">
      <w:pPr>
        <w:spacing w:line="240" w:lineRule="auto"/>
        <w:ind w:left="-709"/>
      </w:pPr>
    </w:p>
    <w:p w14:paraId="5AB2F878" w14:textId="0243E83F" w:rsidR="00681C48" w:rsidRDefault="00656554" w:rsidP="000D2B05">
      <w:pPr>
        <w:spacing w:line="240" w:lineRule="auto"/>
        <w:ind w:left="-709"/>
      </w:pPr>
      <w:r>
        <w:t xml:space="preserve">Date : </w:t>
      </w:r>
      <w:sdt>
        <w:sdtPr>
          <w:id w:val="2101596180"/>
          <w:placeholder>
            <w:docPart w:val="DefaultPlaceholder_-1854013438"/>
          </w:placeholder>
          <w:showingPlcHdr/>
          <w:date>
            <w:dateFormat w:val="dd/MM/yyyy"/>
            <w:lid w:val="fr-FR"/>
            <w:storeMappedDataAs w:val="dateTime"/>
            <w:calendar w:val="gregorian"/>
          </w:date>
        </w:sdtPr>
        <w:sdtEndPr/>
        <w:sdtContent>
          <w:r w:rsidR="00681C48" w:rsidRPr="008A0DA8">
            <w:rPr>
              <w:rStyle w:val="Textedelespacerserv"/>
            </w:rPr>
            <w:t>Cliquez ou appuyez ici pour entrer une date.</w:t>
          </w:r>
        </w:sdtContent>
      </w:sdt>
    </w:p>
    <w:p w14:paraId="204480F3" w14:textId="5E64C3A8" w:rsidR="00264EEC" w:rsidRDefault="00656554" w:rsidP="000D2B05">
      <w:pPr>
        <w:spacing w:line="240" w:lineRule="auto"/>
        <w:ind w:left="-709"/>
      </w:pPr>
      <w:r>
        <w:t>Signature :</w:t>
      </w:r>
    </w:p>
    <w:sectPr w:rsidR="00264EEC" w:rsidSect="00EA010C">
      <w:footerReference w:type="default" r:id="rId8"/>
      <w:headerReference w:type="first" r:id="rId9"/>
      <w:footerReference w:type="first" r:id="rId10"/>
      <w:pgSz w:w="12240" w:h="15840"/>
      <w:pgMar w:top="1417" w:right="758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3FA533" w14:textId="77777777" w:rsidR="00656554" w:rsidRDefault="00656554" w:rsidP="005D2F9A">
      <w:pPr>
        <w:spacing w:after="0" w:line="240" w:lineRule="auto"/>
      </w:pPr>
      <w:r>
        <w:separator/>
      </w:r>
    </w:p>
  </w:endnote>
  <w:endnote w:type="continuationSeparator" w:id="0">
    <w:p w14:paraId="775EB8E5" w14:textId="77777777" w:rsidR="00656554" w:rsidRDefault="00656554" w:rsidP="005D2F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72 Black">
    <w:panose1 w:val="020B0A04030603020204"/>
    <w:charset w:val="00"/>
    <w:family w:val="swiss"/>
    <w:pitch w:val="variable"/>
    <w:sig w:usb0="A00002EF" w:usb1="5000205B" w:usb2="00000008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74274152"/>
      <w:docPartObj>
        <w:docPartGallery w:val="Page Numbers (Bottom of Page)"/>
        <w:docPartUnique/>
      </w:docPartObj>
    </w:sdtPr>
    <w:sdtEndPr/>
    <w:sdtContent>
      <w:sdt>
        <w:sdtPr>
          <w:id w:val="-266157267"/>
          <w:docPartObj>
            <w:docPartGallery w:val="Page Numbers (Top of Page)"/>
            <w:docPartUnique/>
          </w:docPartObj>
        </w:sdtPr>
        <w:sdtEndPr/>
        <w:sdtContent>
          <w:p w14:paraId="0468A3E5" w14:textId="04325774" w:rsidR="00681C48" w:rsidRDefault="00681C48">
            <w:pPr>
              <w:pStyle w:val="Pieddepage"/>
              <w:jc w:val="right"/>
            </w:pPr>
            <w:r>
              <w:rPr>
                <w:lang w:val="fr-FR"/>
              </w:rP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5580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fr-FR"/>
              </w:rP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5580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AF305A2" w14:textId="77777777" w:rsidR="00681C48" w:rsidRDefault="00681C4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437842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82A58EC" w14:textId="04334261" w:rsidR="00681C48" w:rsidRDefault="00681C48">
            <w:pPr>
              <w:pStyle w:val="Pieddepage"/>
              <w:jc w:val="right"/>
            </w:pPr>
            <w:r>
              <w:rPr>
                <w:lang w:val="fr-FR"/>
              </w:rP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5580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fr-FR"/>
              </w:rP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5580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EC8495" w14:textId="77777777" w:rsidR="00681C48" w:rsidRDefault="00681C4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436837" w14:textId="77777777" w:rsidR="00656554" w:rsidRDefault="00656554" w:rsidP="005D2F9A">
      <w:pPr>
        <w:spacing w:after="0" w:line="240" w:lineRule="auto"/>
      </w:pPr>
      <w:r>
        <w:separator/>
      </w:r>
    </w:p>
  </w:footnote>
  <w:footnote w:type="continuationSeparator" w:id="0">
    <w:p w14:paraId="6B96DCCD" w14:textId="77777777" w:rsidR="00656554" w:rsidRDefault="00656554" w:rsidP="005D2F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10774" w:type="dxa"/>
      <w:tblInd w:w="-663" w:type="dxa"/>
      <w:tblBorders>
        <w:top w:val="single" w:sz="4" w:space="0" w:color="A59891"/>
        <w:left w:val="single" w:sz="4" w:space="0" w:color="A59891"/>
        <w:bottom w:val="single" w:sz="4" w:space="0" w:color="A59891"/>
        <w:right w:val="single" w:sz="4" w:space="0" w:color="A59891"/>
        <w:insideH w:val="single" w:sz="4" w:space="0" w:color="A59891"/>
        <w:insideV w:val="single" w:sz="4" w:space="0" w:color="A59891"/>
      </w:tblBorders>
      <w:tblLook w:val="04A0" w:firstRow="1" w:lastRow="0" w:firstColumn="1" w:lastColumn="0" w:noHBand="0" w:noVBand="1"/>
    </w:tblPr>
    <w:tblGrid>
      <w:gridCol w:w="2590"/>
      <w:gridCol w:w="7691"/>
      <w:gridCol w:w="493"/>
    </w:tblGrid>
    <w:tr w:rsidR="00656554" w:rsidRPr="00CE6D1C" w14:paraId="30A52614" w14:textId="77777777" w:rsidTr="000D2B05">
      <w:trPr>
        <w:trHeight w:hRule="exact" w:val="722"/>
      </w:trPr>
      <w:tc>
        <w:tcPr>
          <w:tcW w:w="2226" w:type="dxa"/>
          <w:vMerge w:val="restart"/>
          <w:tcMar>
            <w:left w:w="0" w:type="dxa"/>
            <w:right w:w="0" w:type="dxa"/>
          </w:tcMar>
          <w:vAlign w:val="center"/>
        </w:tcPr>
        <w:p w14:paraId="33B5E9AD" w14:textId="1CCFA917" w:rsidR="00656554" w:rsidRDefault="00DF5E66" w:rsidP="005D2F9A">
          <w:pPr>
            <w:pStyle w:val="En-tte"/>
            <w:jc w:val="center"/>
          </w:pPr>
          <w:r w:rsidRPr="00DF5E66">
            <w:rPr>
              <w:noProof/>
              <w:lang w:val="fr-FR" w:eastAsia="fr-FR"/>
            </w:rPr>
            <w:drawing>
              <wp:inline distT="0" distB="0" distL="0" distR="0" wp14:anchorId="784FB64A" wp14:editId="28F18418">
                <wp:extent cx="1629877" cy="796925"/>
                <wp:effectExtent l="0" t="0" r="8890" b="3175"/>
                <wp:docPr id="1" name="Image 1" descr="S:\14 - Harmonie\CRT\FLYER-LOGO\logo CR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S:\14 - Harmonie\CRT\FLYER-LOGO\logo CR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4152" cy="799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48" w:type="dxa"/>
          <w:gridSpan w:val="2"/>
        </w:tcPr>
        <w:p w14:paraId="0DB155DB" w14:textId="77777777" w:rsidR="00656554" w:rsidRPr="005D2F9A" w:rsidRDefault="00656554" w:rsidP="005D2F9A">
          <w:pPr>
            <w:pStyle w:val="En-tte"/>
            <w:contextualSpacing/>
            <w:jc w:val="center"/>
            <w:rPr>
              <w:b/>
              <w:caps/>
              <w:color w:val="548DD4" w:themeColor="text2" w:themeTint="99"/>
              <w:sz w:val="28"/>
              <w:szCs w:val="28"/>
            </w:rPr>
          </w:pPr>
          <w:r w:rsidRPr="005D2F9A">
            <w:rPr>
              <w:b/>
              <w:caps/>
              <w:color w:val="548DD4" w:themeColor="text2" w:themeTint="99"/>
              <w:sz w:val="28"/>
              <w:szCs w:val="28"/>
            </w:rPr>
            <w:t>CENTRES DE RESSOURCES TERRITORIAUX</w:t>
          </w:r>
        </w:p>
        <w:p w14:paraId="639A4710" w14:textId="176B6293" w:rsidR="00656554" w:rsidRPr="005D2F9A" w:rsidRDefault="00656554" w:rsidP="005D2F9A">
          <w:pPr>
            <w:pStyle w:val="En-tte"/>
            <w:contextualSpacing/>
            <w:jc w:val="center"/>
            <w:rPr>
              <w:b/>
              <w:i/>
              <w:caps/>
              <w:color w:val="CC0066"/>
              <w:sz w:val="28"/>
              <w:szCs w:val="28"/>
            </w:rPr>
          </w:pPr>
          <w:r w:rsidRPr="005D2F9A">
            <w:rPr>
              <w:b/>
              <w:caps/>
              <w:color w:val="548DD4" w:themeColor="text2" w:themeTint="99"/>
              <w:sz w:val="28"/>
              <w:szCs w:val="28"/>
            </w:rPr>
            <w:t>SEINE ET MARNE</w:t>
          </w:r>
          <w:r w:rsidRPr="005D2F9A">
            <w:rPr>
              <w:color w:val="548DD4" w:themeColor="text2" w:themeTint="99"/>
            </w:rPr>
            <w:t xml:space="preserve"> </w:t>
          </w:r>
        </w:p>
      </w:tc>
    </w:tr>
    <w:tr w:rsidR="00656554" w:rsidRPr="008B6A0B" w14:paraId="08AF1B18" w14:textId="77777777" w:rsidTr="000D2B05">
      <w:trPr>
        <w:trHeight w:hRule="exact" w:val="421"/>
      </w:trPr>
      <w:tc>
        <w:tcPr>
          <w:tcW w:w="2226" w:type="dxa"/>
          <w:vMerge/>
        </w:tcPr>
        <w:p w14:paraId="4AB28B02" w14:textId="77777777" w:rsidR="00656554" w:rsidRDefault="00656554" w:rsidP="005D2F9A">
          <w:pPr>
            <w:pStyle w:val="En-tte"/>
          </w:pPr>
        </w:p>
      </w:tc>
      <w:tc>
        <w:tcPr>
          <w:tcW w:w="8053" w:type="dxa"/>
          <w:vAlign w:val="center"/>
        </w:tcPr>
        <w:p w14:paraId="78EAB5B8" w14:textId="77777777" w:rsidR="00656554" w:rsidRPr="000D2B05" w:rsidRDefault="00656554" w:rsidP="000D2B05">
          <w:pPr>
            <w:pStyle w:val="En-tte"/>
            <w:contextualSpacing/>
            <w:jc w:val="center"/>
            <w:rPr>
              <w:b/>
              <w:caps/>
              <w:color w:val="000000" w:themeColor="text1"/>
              <w:sz w:val="28"/>
              <w:szCs w:val="28"/>
            </w:rPr>
          </w:pPr>
          <w:r w:rsidRPr="000D2B05">
            <w:rPr>
              <w:b/>
              <w:caps/>
              <w:color w:val="000000" w:themeColor="text1"/>
              <w:sz w:val="20"/>
              <w:szCs w:val="28"/>
            </w:rPr>
            <w:t>Fiche unique de premier contact – adressage - orientation</w:t>
          </w:r>
        </w:p>
      </w:tc>
      <w:tc>
        <w:tcPr>
          <w:tcW w:w="495" w:type="dxa"/>
          <w:vAlign w:val="center"/>
        </w:tcPr>
        <w:p w14:paraId="0C789314" w14:textId="35E92963" w:rsidR="00656554" w:rsidRPr="000D2B05" w:rsidRDefault="00656554" w:rsidP="000D2B05">
          <w:pPr>
            <w:pStyle w:val="En-tte"/>
            <w:contextualSpacing/>
            <w:jc w:val="center"/>
            <w:rPr>
              <w:caps/>
              <w:color w:val="000000" w:themeColor="text1"/>
              <w:sz w:val="20"/>
              <w:szCs w:val="20"/>
            </w:rPr>
          </w:pPr>
          <w:r w:rsidRPr="000D2B05">
            <w:rPr>
              <w:caps/>
              <w:color w:val="000000" w:themeColor="text1"/>
              <w:sz w:val="20"/>
              <w:szCs w:val="20"/>
            </w:rPr>
            <w:t>v1</w:t>
          </w:r>
        </w:p>
      </w:tc>
    </w:tr>
  </w:tbl>
  <w:p w14:paraId="5C3C6868" w14:textId="77777777" w:rsidR="00656554" w:rsidRDefault="0065655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69871BD"/>
    <w:multiLevelType w:val="hybridMultilevel"/>
    <w:tmpl w:val="706A25EC"/>
    <w:lvl w:ilvl="0" w:tplc="3836FF66">
      <w:start w:val="1"/>
      <w:numFmt w:val="decimal"/>
      <w:lvlText w:val="%1."/>
      <w:lvlJc w:val="left"/>
      <w:pPr>
        <w:ind w:left="11" w:hanging="360"/>
      </w:pPr>
      <w:rPr>
        <w:b w:val="0"/>
      </w:rPr>
    </w:lvl>
    <w:lvl w:ilvl="1" w:tplc="040C0019" w:tentative="1">
      <w:start w:val="1"/>
      <w:numFmt w:val="lowerLetter"/>
      <w:lvlText w:val="%2."/>
      <w:lvlJc w:val="left"/>
      <w:pPr>
        <w:ind w:left="731" w:hanging="360"/>
      </w:pPr>
    </w:lvl>
    <w:lvl w:ilvl="2" w:tplc="040C001B" w:tentative="1">
      <w:start w:val="1"/>
      <w:numFmt w:val="lowerRoman"/>
      <w:lvlText w:val="%3."/>
      <w:lvlJc w:val="right"/>
      <w:pPr>
        <w:ind w:left="1451" w:hanging="180"/>
      </w:pPr>
    </w:lvl>
    <w:lvl w:ilvl="3" w:tplc="040C000F" w:tentative="1">
      <w:start w:val="1"/>
      <w:numFmt w:val="decimal"/>
      <w:lvlText w:val="%4."/>
      <w:lvlJc w:val="left"/>
      <w:pPr>
        <w:ind w:left="2171" w:hanging="360"/>
      </w:pPr>
    </w:lvl>
    <w:lvl w:ilvl="4" w:tplc="040C0019" w:tentative="1">
      <w:start w:val="1"/>
      <w:numFmt w:val="lowerLetter"/>
      <w:lvlText w:val="%5."/>
      <w:lvlJc w:val="left"/>
      <w:pPr>
        <w:ind w:left="2891" w:hanging="360"/>
      </w:pPr>
    </w:lvl>
    <w:lvl w:ilvl="5" w:tplc="040C001B" w:tentative="1">
      <w:start w:val="1"/>
      <w:numFmt w:val="lowerRoman"/>
      <w:lvlText w:val="%6."/>
      <w:lvlJc w:val="right"/>
      <w:pPr>
        <w:ind w:left="3611" w:hanging="180"/>
      </w:pPr>
    </w:lvl>
    <w:lvl w:ilvl="6" w:tplc="040C000F" w:tentative="1">
      <w:start w:val="1"/>
      <w:numFmt w:val="decimal"/>
      <w:lvlText w:val="%7."/>
      <w:lvlJc w:val="left"/>
      <w:pPr>
        <w:ind w:left="4331" w:hanging="360"/>
      </w:pPr>
    </w:lvl>
    <w:lvl w:ilvl="7" w:tplc="040C0019" w:tentative="1">
      <w:start w:val="1"/>
      <w:numFmt w:val="lowerLetter"/>
      <w:lvlText w:val="%8."/>
      <w:lvlJc w:val="left"/>
      <w:pPr>
        <w:ind w:left="5051" w:hanging="360"/>
      </w:pPr>
    </w:lvl>
    <w:lvl w:ilvl="8" w:tplc="040C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0" w15:restartNumberingAfterBreak="0">
    <w:nsid w:val="3E7723B4"/>
    <w:multiLevelType w:val="hybridMultilevel"/>
    <w:tmpl w:val="75F23110"/>
    <w:lvl w:ilvl="0" w:tplc="8DEE4536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0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D2B05"/>
    <w:rsid w:val="0015074B"/>
    <w:rsid w:val="0025580B"/>
    <w:rsid w:val="00264EEC"/>
    <w:rsid w:val="0029639D"/>
    <w:rsid w:val="00326F90"/>
    <w:rsid w:val="004D1940"/>
    <w:rsid w:val="004E7B6F"/>
    <w:rsid w:val="00584276"/>
    <w:rsid w:val="005D2F9A"/>
    <w:rsid w:val="00647CFC"/>
    <w:rsid w:val="00656554"/>
    <w:rsid w:val="00681C48"/>
    <w:rsid w:val="00681E38"/>
    <w:rsid w:val="007237E6"/>
    <w:rsid w:val="007E2980"/>
    <w:rsid w:val="00807F02"/>
    <w:rsid w:val="00814D9D"/>
    <w:rsid w:val="00825378"/>
    <w:rsid w:val="0083398D"/>
    <w:rsid w:val="008878A6"/>
    <w:rsid w:val="00923842"/>
    <w:rsid w:val="00AA1D8D"/>
    <w:rsid w:val="00B47730"/>
    <w:rsid w:val="00B97F63"/>
    <w:rsid w:val="00BB6A23"/>
    <w:rsid w:val="00CB0664"/>
    <w:rsid w:val="00DF5E66"/>
    <w:rsid w:val="00E35795"/>
    <w:rsid w:val="00EA010C"/>
    <w:rsid w:val="00ED3373"/>
    <w:rsid w:val="00F0013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42AC7071"/>
  <w14:defaultImageDpi w14:val="330"/>
  <w15:docId w15:val="{48E02FA2-B2BF-47C0-8EA6-31CD459BE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814D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4D9D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0D2B05"/>
    <w:rPr>
      <w:color w:val="808080"/>
    </w:rPr>
  </w:style>
  <w:style w:type="character" w:customStyle="1" w:styleId="Rponses">
    <w:name w:val="Réponses"/>
    <w:basedOn w:val="Policepardfaut"/>
    <w:uiPriority w:val="1"/>
    <w:rsid w:val="007237E6"/>
    <w:rPr>
      <w:rFonts w:asciiTheme="minorHAnsi" w:hAnsiTheme="minorHAnsi"/>
      <w:b/>
      <w:color w:val="548DD4" w:themeColor="text2" w:themeTint="99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47A66DC-2167-48C3-B525-DA518D723570}"/>
      </w:docPartPr>
      <w:docPartBody>
        <w:p w:rsidR="001B4DEE" w:rsidRDefault="001B4DEE">
          <w:r w:rsidRPr="008A0DA8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7099A3BC15C54F84ACEAD2060ACEFDC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15957E5-D768-4E07-917C-13D5D2493809}"/>
      </w:docPartPr>
      <w:docPartBody>
        <w:p w:rsidR="001B4DEE" w:rsidRDefault="00A91894" w:rsidP="00A91894">
          <w:pPr>
            <w:pStyle w:val="7099A3BC15C54F84ACEAD2060ACEFDC78"/>
          </w:pPr>
          <w:r w:rsidRPr="008A0DA8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752A115-041A-47D8-9A6E-2BD5B684FD9C}"/>
      </w:docPartPr>
      <w:docPartBody>
        <w:p w:rsidR="001B4DEE" w:rsidRDefault="001B4DEE"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14478DC96A5439590F907C4179981B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5D350E6-4480-4692-8718-C307F7DB3B3D}"/>
      </w:docPartPr>
      <w:docPartBody>
        <w:p w:rsidR="001B4DEE" w:rsidRDefault="00A91894" w:rsidP="00A91894">
          <w:pPr>
            <w:pStyle w:val="A14478DC96A5439590F907C4179981BE7"/>
          </w:pPr>
          <w:r w:rsidRPr="008A0DA8">
            <w:rPr>
              <w:rStyle w:val="Textedelespacerserv"/>
            </w:rPr>
            <w:t>Choisissez un élément.</w:t>
          </w:r>
        </w:p>
      </w:docPartBody>
    </w:docPart>
    <w:docPart>
      <w:docPartPr>
        <w:name w:val="BD00682E778549D896F3C74078F748C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7571F67-FDAE-410A-B2B6-51C7749D9DC4}"/>
      </w:docPartPr>
      <w:docPartBody>
        <w:p w:rsidR="00A91894" w:rsidRDefault="00A91894" w:rsidP="00A91894">
          <w:pPr>
            <w:pStyle w:val="BD00682E778549D896F3C74078F748CB3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1D9D26288544DE6A41765C4301C034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94C8346-EDA2-42B4-8804-6DFF840EB547}"/>
      </w:docPartPr>
      <w:docPartBody>
        <w:p w:rsidR="00B82215" w:rsidRDefault="00A91894" w:rsidP="00A91894">
          <w:pPr>
            <w:pStyle w:val="B1D9D26288544DE6A41765C4301C034E2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BD1553D4EFA4C7C93EAB86E3216BD6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DE41AF0-7725-4FC2-B0FD-7AF8A381AE81}"/>
      </w:docPartPr>
      <w:docPartBody>
        <w:p w:rsidR="00B82215" w:rsidRDefault="00A91894" w:rsidP="00A91894">
          <w:pPr>
            <w:pStyle w:val="ABD1553D4EFA4C7C93EAB86E3216BD6E2"/>
          </w:pPr>
          <w:r w:rsidRPr="008A0DA8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5E3D3E78CBE547A695489DCE878D702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7705E7F-A997-4360-AB55-CCD1EAAC1FCD}"/>
      </w:docPartPr>
      <w:docPartBody>
        <w:p w:rsidR="00B82215" w:rsidRDefault="00A91894" w:rsidP="00A91894">
          <w:pPr>
            <w:pStyle w:val="5E3D3E78CBE547A695489DCE878D70232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FF0294B778A4642A558AE05B0060FF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7778A3D-69FF-4BCE-A62A-0067356B940F}"/>
      </w:docPartPr>
      <w:docPartBody>
        <w:p w:rsidR="00B82215" w:rsidRDefault="00A91894" w:rsidP="00A91894">
          <w:pPr>
            <w:pStyle w:val="BFF0294B778A4642A558AE05B0060FF02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369654DC33A41C2B4A946957AE7C2A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AA67A97-BD8B-4FBF-8CBA-999D4ECCD194}"/>
      </w:docPartPr>
      <w:docPartBody>
        <w:p w:rsidR="00B82215" w:rsidRDefault="00A91894" w:rsidP="00A91894">
          <w:pPr>
            <w:pStyle w:val="F369654DC33A41C2B4A946957AE7C2A32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C480582EC324AFC9CB3F238CD9B677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EF5CDCC-05D8-4B43-ADFA-5EB438BE9988}"/>
      </w:docPartPr>
      <w:docPartBody>
        <w:p w:rsidR="00B82215" w:rsidRDefault="00A91894" w:rsidP="00A91894">
          <w:pPr>
            <w:pStyle w:val="DC480582EC324AFC9CB3F238CD9B677F2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C613987891341FEA62B76317D91576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7098452-7252-4823-B325-066931424F89}"/>
      </w:docPartPr>
      <w:docPartBody>
        <w:p w:rsidR="00B82215" w:rsidRDefault="00A91894" w:rsidP="00A91894">
          <w:pPr>
            <w:pStyle w:val="3C613987891341FEA62B76317D91576A2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ED0870AB22A4BE2A86A9B7BD5BC641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6AB741D-9E11-4BB7-9D4B-2DB37FA2CEBD}"/>
      </w:docPartPr>
      <w:docPartBody>
        <w:p w:rsidR="00B82215" w:rsidRDefault="00A91894" w:rsidP="00A91894">
          <w:pPr>
            <w:pStyle w:val="7ED0870AB22A4BE2A86A9B7BD5BC641E2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05D0938AFAA479C8F0F2EAC2EDE121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2B42563-20EF-4526-9147-FCF5E0B520EF}"/>
      </w:docPartPr>
      <w:docPartBody>
        <w:p w:rsidR="00B82215" w:rsidRDefault="00A91894" w:rsidP="00A91894">
          <w:pPr>
            <w:pStyle w:val="905D0938AFAA479C8F0F2EAC2EDE12162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55BC71FDF9A4ABF93BB75ED31E9C6B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CF77020-211A-4D92-B604-D449580D58D2}"/>
      </w:docPartPr>
      <w:docPartBody>
        <w:p w:rsidR="00B82215" w:rsidRDefault="00A91894" w:rsidP="00A91894">
          <w:pPr>
            <w:pStyle w:val="055BC71FDF9A4ABF93BB75ED31E9C6BC2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4CD3C6E2039426C86541423CDFB3E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1EBF920-7D7B-4D10-B447-04A367EAFEB9}"/>
      </w:docPartPr>
      <w:docPartBody>
        <w:p w:rsidR="00B82215" w:rsidRDefault="00A91894" w:rsidP="00A91894">
          <w:pPr>
            <w:pStyle w:val="94CD3C6E2039426C86541423CDFB3E4C2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F0D3B4692A6411292FBB8B6B774628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C1AE7EC-C550-49C0-B930-1FB9882CC89B}"/>
      </w:docPartPr>
      <w:docPartBody>
        <w:p w:rsidR="00B82215" w:rsidRDefault="00A91894" w:rsidP="00A91894">
          <w:pPr>
            <w:pStyle w:val="1F0D3B4692A6411292FBB8B6B77462851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1FAB65BA2574FD885E74842A7B5E4C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B71539D-9F56-4431-973F-6F7D696ECFA3}"/>
      </w:docPartPr>
      <w:docPartBody>
        <w:p w:rsidR="00B82215" w:rsidRDefault="00A91894" w:rsidP="00A91894">
          <w:pPr>
            <w:pStyle w:val="21FAB65BA2574FD885E74842A7B5E4CD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09C62DB5F614464B7B08A9DE374786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CE09B6F-6EB5-4DFC-B007-EDF72C79ED4F}"/>
      </w:docPartPr>
      <w:docPartBody>
        <w:p w:rsidR="00B82215" w:rsidRDefault="00A91894" w:rsidP="00A91894">
          <w:pPr>
            <w:pStyle w:val="A09C62DB5F614464B7B08A9DE3747866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63FBD85BED34CB2A2591CCEEF3345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9983C39-0AFC-4C3B-BAB0-814EF62F517D}"/>
      </w:docPartPr>
      <w:docPartBody>
        <w:p w:rsidR="00B82215" w:rsidRDefault="00A91894" w:rsidP="00A91894">
          <w:pPr>
            <w:pStyle w:val="563FBD85BED34CB2A2591CCEEF33452D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E4A3681F791420E925B39E2DFBA8A9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743F587-646F-4492-BAF1-15B324A8C187}"/>
      </w:docPartPr>
      <w:docPartBody>
        <w:p w:rsidR="00B82215" w:rsidRDefault="00A91894" w:rsidP="00A91894">
          <w:pPr>
            <w:pStyle w:val="9E4A3681F791420E925B39E2DFBA8A9D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B661922D7B74370A858C8E6C7A229B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CAFBD96-A936-4301-B92A-8A388030D031}"/>
      </w:docPartPr>
      <w:docPartBody>
        <w:p w:rsidR="00B82215" w:rsidRDefault="00A91894" w:rsidP="00A91894">
          <w:pPr>
            <w:pStyle w:val="1B661922D7B74370A858C8E6C7A229B2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8AF7FD2F76B4578A532946F698EA62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5FA7BB9-D08A-46CA-9105-80306446857D}"/>
      </w:docPartPr>
      <w:docPartBody>
        <w:p w:rsidR="00B82215" w:rsidRDefault="00A91894" w:rsidP="00A91894">
          <w:pPr>
            <w:pStyle w:val="08AF7FD2F76B4578A532946F698EA626"/>
          </w:pPr>
          <w:r w:rsidRPr="008A0DA8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72 Black">
    <w:panose1 w:val="020B0A04030603020204"/>
    <w:charset w:val="00"/>
    <w:family w:val="swiss"/>
    <w:pitch w:val="variable"/>
    <w:sig w:usb0="A00002EF" w:usb1="5000205B" w:usb2="00000008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DEE"/>
    <w:rsid w:val="001B4DEE"/>
    <w:rsid w:val="00A91894"/>
    <w:rsid w:val="00B82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91894"/>
    <w:rPr>
      <w:color w:val="808080"/>
    </w:rPr>
  </w:style>
  <w:style w:type="paragraph" w:customStyle="1" w:styleId="7099A3BC15C54F84ACEAD2060ACEFDC7">
    <w:name w:val="7099A3BC15C54F84ACEAD2060ACEFDC7"/>
    <w:rsid w:val="001B4DEE"/>
    <w:pPr>
      <w:spacing w:after="200" w:line="276" w:lineRule="auto"/>
    </w:pPr>
    <w:rPr>
      <w:lang w:val="en-US" w:eastAsia="en-US"/>
    </w:rPr>
  </w:style>
  <w:style w:type="paragraph" w:customStyle="1" w:styleId="7099A3BC15C54F84ACEAD2060ACEFDC71">
    <w:name w:val="7099A3BC15C54F84ACEAD2060ACEFDC71"/>
    <w:rsid w:val="001B4DEE"/>
    <w:pPr>
      <w:spacing w:after="200" w:line="276" w:lineRule="auto"/>
    </w:pPr>
    <w:rPr>
      <w:lang w:val="en-US" w:eastAsia="en-US"/>
    </w:rPr>
  </w:style>
  <w:style w:type="paragraph" w:customStyle="1" w:styleId="A14478DC96A5439590F907C4179981BE">
    <w:name w:val="A14478DC96A5439590F907C4179981BE"/>
    <w:rsid w:val="001B4DEE"/>
    <w:pPr>
      <w:spacing w:after="200" w:line="276" w:lineRule="auto"/>
    </w:pPr>
    <w:rPr>
      <w:lang w:val="en-US" w:eastAsia="en-US"/>
    </w:rPr>
  </w:style>
  <w:style w:type="paragraph" w:customStyle="1" w:styleId="D2C3030D43CC46E0946A19D0892047A3">
    <w:name w:val="D2C3030D43CC46E0946A19D0892047A3"/>
    <w:rsid w:val="001B4DEE"/>
    <w:pPr>
      <w:spacing w:after="200" w:line="276" w:lineRule="auto"/>
    </w:pPr>
    <w:rPr>
      <w:lang w:val="en-US" w:eastAsia="en-US"/>
    </w:rPr>
  </w:style>
  <w:style w:type="paragraph" w:customStyle="1" w:styleId="9AEEA18BB6BF43FDABB453420147AD6C">
    <w:name w:val="9AEEA18BB6BF43FDABB453420147AD6C"/>
    <w:rsid w:val="001B4DEE"/>
  </w:style>
  <w:style w:type="paragraph" w:customStyle="1" w:styleId="609E636EB1A745A88DA14EB8E8557267">
    <w:name w:val="609E636EB1A745A88DA14EB8E8557267"/>
    <w:rsid w:val="001B4DEE"/>
  </w:style>
  <w:style w:type="paragraph" w:customStyle="1" w:styleId="CDCE9D1418D34BD9A0FDC152EB40024D">
    <w:name w:val="CDCE9D1418D34BD9A0FDC152EB40024D"/>
    <w:rsid w:val="001B4DEE"/>
  </w:style>
  <w:style w:type="paragraph" w:customStyle="1" w:styleId="7099A3BC15C54F84ACEAD2060ACEFDC72">
    <w:name w:val="7099A3BC15C54F84ACEAD2060ACEFDC72"/>
    <w:rsid w:val="001B4DEE"/>
    <w:pPr>
      <w:spacing w:after="200" w:line="276" w:lineRule="auto"/>
    </w:pPr>
    <w:rPr>
      <w:lang w:val="en-US" w:eastAsia="en-US"/>
    </w:rPr>
  </w:style>
  <w:style w:type="paragraph" w:customStyle="1" w:styleId="A14478DC96A5439590F907C4179981BE1">
    <w:name w:val="A14478DC96A5439590F907C4179981BE1"/>
    <w:rsid w:val="001B4DEE"/>
    <w:pPr>
      <w:spacing w:after="200" w:line="276" w:lineRule="auto"/>
    </w:pPr>
    <w:rPr>
      <w:lang w:val="en-US" w:eastAsia="en-US"/>
    </w:rPr>
  </w:style>
  <w:style w:type="paragraph" w:customStyle="1" w:styleId="D2C3030D43CC46E0946A19D0892047A31">
    <w:name w:val="D2C3030D43CC46E0946A19D0892047A31"/>
    <w:rsid w:val="001B4DEE"/>
    <w:pPr>
      <w:spacing w:after="200" w:line="276" w:lineRule="auto"/>
    </w:pPr>
    <w:rPr>
      <w:lang w:val="en-US" w:eastAsia="en-US"/>
    </w:rPr>
  </w:style>
  <w:style w:type="paragraph" w:customStyle="1" w:styleId="9AEEA18BB6BF43FDABB453420147AD6C1">
    <w:name w:val="9AEEA18BB6BF43FDABB453420147AD6C1"/>
    <w:rsid w:val="001B4DEE"/>
    <w:pPr>
      <w:spacing w:after="200" w:line="276" w:lineRule="auto"/>
    </w:pPr>
    <w:rPr>
      <w:lang w:val="en-US" w:eastAsia="en-US"/>
    </w:rPr>
  </w:style>
  <w:style w:type="paragraph" w:customStyle="1" w:styleId="609E636EB1A745A88DA14EB8E85572671">
    <w:name w:val="609E636EB1A745A88DA14EB8E85572671"/>
    <w:rsid w:val="001B4DEE"/>
    <w:pPr>
      <w:spacing w:after="200" w:line="276" w:lineRule="auto"/>
    </w:pPr>
    <w:rPr>
      <w:lang w:val="en-US" w:eastAsia="en-US"/>
    </w:rPr>
  </w:style>
  <w:style w:type="paragraph" w:customStyle="1" w:styleId="CDCE9D1418D34BD9A0FDC152EB40024D1">
    <w:name w:val="CDCE9D1418D34BD9A0FDC152EB40024D1"/>
    <w:rsid w:val="001B4DEE"/>
    <w:pPr>
      <w:spacing w:after="200" w:line="276" w:lineRule="auto"/>
    </w:pPr>
    <w:rPr>
      <w:lang w:val="en-US" w:eastAsia="en-US"/>
    </w:rPr>
  </w:style>
  <w:style w:type="paragraph" w:customStyle="1" w:styleId="7099A3BC15C54F84ACEAD2060ACEFDC73">
    <w:name w:val="7099A3BC15C54F84ACEAD2060ACEFDC73"/>
    <w:rsid w:val="001B4DEE"/>
    <w:pPr>
      <w:spacing w:after="200" w:line="276" w:lineRule="auto"/>
    </w:pPr>
    <w:rPr>
      <w:lang w:val="en-US" w:eastAsia="en-US"/>
    </w:rPr>
  </w:style>
  <w:style w:type="paragraph" w:customStyle="1" w:styleId="A14478DC96A5439590F907C4179981BE2">
    <w:name w:val="A14478DC96A5439590F907C4179981BE2"/>
    <w:rsid w:val="001B4DEE"/>
    <w:pPr>
      <w:spacing w:after="200" w:line="276" w:lineRule="auto"/>
    </w:pPr>
    <w:rPr>
      <w:lang w:val="en-US" w:eastAsia="en-US"/>
    </w:rPr>
  </w:style>
  <w:style w:type="paragraph" w:customStyle="1" w:styleId="D2C3030D43CC46E0946A19D0892047A32">
    <w:name w:val="D2C3030D43CC46E0946A19D0892047A32"/>
    <w:rsid w:val="001B4DEE"/>
    <w:pPr>
      <w:spacing w:after="200" w:line="276" w:lineRule="auto"/>
    </w:pPr>
    <w:rPr>
      <w:lang w:val="en-US" w:eastAsia="en-US"/>
    </w:rPr>
  </w:style>
  <w:style w:type="paragraph" w:customStyle="1" w:styleId="CDCE9D1418D34BD9A0FDC152EB40024D2">
    <w:name w:val="CDCE9D1418D34BD9A0FDC152EB40024D2"/>
    <w:rsid w:val="001B4DEE"/>
    <w:pPr>
      <w:spacing w:after="200" w:line="276" w:lineRule="auto"/>
    </w:pPr>
    <w:rPr>
      <w:lang w:val="en-US" w:eastAsia="en-US"/>
    </w:rPr>
  </w:style>
  <w:style w:type="paragraph" w:customStyle="1" w:styleId="7099A3BC15C54F84ACEAD2060ACEFDC74">
    <w:name w:val="7099A3BC15C54F84ACEAD2060ACEFDC74"/>
    <w:rsid w:val="001B4DEE"/>
    <w:pPr>
      <w:spacing w:after="200" w:line="276" w:lineRule="auto"/>
    </w:pPr>
    <w:rPr>
      <w:lang w:val="en-US" w:eastAsia="en-US"/>
    </w:rPr>
  </w:style>
  <w:style w:type="paragraph" w:customStyle="1" w:styleId="A14478DC96A5439590F907C4179981BE3">
    <w:name w:val="A14478DC96A5439590F907C4179981BE3"/>
    <w:rsid w:val="001B4DEE"/>
    <w:pPr>
      <w:spacing w:after="200" w:line="276" w:lineRule="auto"/>
    </w:pPr>
    <w:rPr>
      <w:lang w:val="en-US" w:eastAsia="en-US"/>
    </w:rPr>
  </w:style>
  <w:style w:type="paragraph" w:customStyle="1" w:styleId="609E636EB1A745A88DA14EB8E85572672">
    <w:name w:val="609E636EB1A745A88DA14EB8E85572672"/>
    <w:rsid w:val="001B4DEE"/>
    <w:pPr>
      <w:spacing w:after="200" w:line="276" w:lineRule="auto"/>
    </w:pPr>
    <w:rPr>
      <w:lang w:val="en-US" w:eastAsia="en-US"/>
    </w:rPr>
  </w:style>
  <w:style w:type="paragraph" w:customStyle="1" w:styleId="7099A3BC15C54F84ACEAD2060ACEFDC75">
    <w:name w:val="7099A3BC15C54F84ACEAD2060ACEFDC75"/>
    <w:rsid w:val="001B4DEE"/>
    <w:pPr>
      <w:spacing w:after="200" w:line="276" w:lineRule="auto"/>
    </w:pPr>
    <w:rPr>
      <w:lang w:val="en-US" w:eastAsia="en-US"/>
    </w:rPr>
  </w:style>
  <w:style w:type="paragraph" w:customStyle="1" w:styleId="A14478DC96A5439590F907C4179981BE4">
    <w:name w:val="A14478DC96A5439590F907C4179981BE4"/>
    <w:rsid w:val="001B4DEE"/>
    <w:pPr>
      <w:spacing w:after="200" w:line="276" w:lineRule="auto"/>
    </w:pPr>
    <w:rPr>
      <w:lang w:val="en-US" w:eastAsia="en-US"/>
    </w:rPr>
  </w:style>
  <w:style w:type="paragraph" w:customStyle="1" w:styleId="347605D5F3C443048FE4DE026A3CB3CB">
    <w:name w:val="347605D5F3C443048FE4DE026A3CB3CB"/>
    <w:rsid w:val="001B4DEE"/>
    <w:pPr>
      <w:spacing w:after="200" w:line="276" w:lineRule="auto"/>
    </w:pPr>
    <w:rPr>
      <w:lang w:val="en-US" w:eastAsia="en-US"/>
    </w:rPr>
  </w:style>
  <w:style w:type="paragraph" w:customStyle="1" w:styleId="38A2E44E27934A6C98E34D8969C33164">
    <w:name w:val="38A2E44E27934A6C98E34D8969C33164"/>
    <w:rsid w:val="001B4DEE"/>
    <w:pPr>
      <w:spacing w:after="200" w:line="276" w:lineRule="auto"/>
    </w:pPr>
    <w:rPr>
      <w:lang w:val="en-US" w:eastAsia="en-US"/>
    </w:rPr>
  </w:style>
  <w:style w:type="paragraph" w:customStyle="1" w:styleId="BD00682E778549D896F3C74078F748CB">
    <w:name w:val="BD00682E778549D896F3C74078F748CB"/>
    <w:rsid w:val="001B4DEE"/>
  </w:style>
  <w:style w:type="paragraph" w:customStyle="1" w:styleId="7099A3BC15C54F84ACEAD2060ACEFDC76">
    <w:name w:val="7099A3BC15C54F84ACEAD2060ACEFDC76"/>
    <w:rsid w:val="00A91894"/>
    <w:pPr>
      <w:spacing w:after="200" w:line="276" w:lineRule="auto"/>
    </w:pPr>
    <w:rPr>
      <w:lang w:val="en-US" w:eastAsia="en-US"/>
    </w:rPr>
  </w:style>
  <w:style w:type="paragraph" w:customStyle="1" w:styleId="A14478DC96A5439590F907C4179981BE5">
    <w:name w:val="A14478DC96A5439590F907C4179981BE5"/>
    <w:rsid w:val="00A91894"/>
    <w:pPr>
      <w:spacing w:after="200" w:line="276" w:lineRule="auto"/>
    </w:pPr>
    <w:rPr>
      <w:lang w:val="en-US" w:eastAsia="en-US"/>
    </w:rPr>
  </w:style>
  <w:style w:type="paragraph" w:customStyle="1" w:styleId="B1D9D26288544DE6A41765C4301C034E">
    <w:name w:val="B1D9D26288544DE6A41765C4301C034E"/>
    <w:rsid w:val="00A91894"/>
    <w:pPr>
      <w:spacing w:after="200" w:line="276" w:lineRule="auto"/>
    </w:pPr>
    <w:rPr>
      <w:lang w:val="en-US" w:eastAsia="en-US"/>
    </w:rPr>
  </w:style>
  <w:style w:type="paragraph" w:customStyle="1" w:styleId="BD00682E778549D896F3C74078F748CB1">
    <w:name w:val="BD00682E778549D896F3C74078F748CB1"/>
    <w:rsid w:val="00A91894"/>
    <w:pPr>
      <w:spacing w:after="200" w:line="276" w:lineRule="auto"/>
    </w:pPr>
    <w:rPr>
      <w:lang w:val="en-US" w:eastAsia="en-US"/>
    </w:rPr>
  </w:style>
  <w:style w:type="paragraph" w:customStyle="1" w:styleId="ABD1553D4EFA4C7C93EAB86E3216BD6E">
    <w:name w:val="ABD1553D4EFA4C7C93EAB86E3216BD6E"/>
    <w:rsid w:val="00A91894"/>
    <w:pPr>
      <w:spacing w:after="200" w:line="276" w:lineRule="auto"/>
    </w:pPr>
    <w:rPr>
      <w:lang w:val="en-US" w:eastAsia="en-US"/>
    </w:rPr>
  </w:style>
  <w:style w:type="paragraph" w:customStyle="1" w:styleId="5E3D3E78CBE547A695489DCE878D7023">
    <w:name w:val="5E3D3E78CBE547A695489DCE878D7023"/>
    <w:rsid w:val="00A91894"/>
  </w:style>
  <w:style w:type="paragraph" w:customStyle="1" w:styleId="BFF0294B778A4642A558AE05B0060FF0">
    <w:name w:val="BFF0294B778A4642A558AE05B0060FF0"/>
    <w:rsid w:val="00A91894"/>
  </w:style>
  <w:style w:type="paragraph" w:customStyle="1" w:styleId="F369654DC33A41C2B4A946957AE7C2A3">
    <w:name w:val="F369654DC33A41C2B4A946957AE7C2A3"/>
    <w:rsid w:val="00A91894"/>
  </w:style>
  <w:style w:type="paragraph" w:customStyle="1" w:styleId="DC480582EC324AFC9CB3F238CD9B677F">
    <w:name w:val="DC480582EC324AFC9CB3F238CD9B677F"/>
    <w:rsid w:val="00A91894"/>
  </w:style>
  <w:style w:type="paragraph" w:customStyle="1" w:styleId="04891A34245345E6A06B35B08F40DE49">
    <w:name w:val="04891A34245345E6A06B35B08F40DE49"/>
    <w:rsid w:val="00A91894"/>
  </w:style>
  <w:style w:type="paragraph" w:customStyle="1" w:styleId="3C613987891341FEA62B76317D91576A">
    <w:name w:val="3C613987891341FEA62B76317D91576A"/>
    <w:rsid w:val="00A91894"/>
  </w:style>
  <w:style w:type="paragraph" w:customStyle="1" w:styleId="7ED0870AB22A4BE2A86A9B7BD5BC641E">
    <w:name w:val="7ED0870AB22A4BE2A86A9B7BD5BC641E"/>
    <w:rsid w:val="00A91894"/>
  </w:style>
  <w:style w:type="paragraph" w:customStyle="1" w:styleId="905D0938AFAA479C8F0F2EAC2EDE1216">
    <w:name w:val="905D0938AFAA479C8F0F2EAC2EDE1216"/>
    <w:rsid w:val="00A91894"/>
  </w:style>
  <w:style w:type="paragraph" w:customStyle="1" w:styleId="055BC71FDF9A4ABF93BB75ED31E9C6BC">
    <w:name w:val="055BC71FDF9A4ABF93BB75ED31E9C6BC"/>
    <w:rsid w:val="00A91894"/>
  </w:style>
  <w:style w:type="paragraph" w:customStyle="1" w:styleId="94CD3C6E2039426C86541423CDFB3E4C">
    <w:name w:val="94CD3C6E2039426C86541423CDFB3E4C"/>
    <w:rsid w:val="00A91894"/>
  </w:style>
  <w:style w:type="paragraph" w:customStyle="1" w:styleId="7099A3BC15C54F84ACEAD2060ACEFDC77">
    <w:name w:val="7099A3BC15C54F84ACEAD2060ACEFDC77"/>
    <w:rsid w:val="00A91894"/>
    <w:pPr>
      <w:spacing w:after="200" w:line="276" w:lineRule="auto"/>
    </w:pPr>
    <w:rPr>
      <w:lang w:val="en-US" w:eastAsia="en-US"/>
    </w:rPr>
  </w:style>
  <w:style w:type="paragraph" w:customStyle="1" w:styleId="A14478DC96A5439590F907C4179981BE6">
    <w:name w:val="A14478DC96A5439590F907C4179981BE6"/>
    <w:rsid w:val="00A91894"/>
    <w:pPr>
      <w:spacing w:after="200" w:line="276" w:lineRule="auto"/>
    </w:pPr>
    <w:rPr>
      <w:lang w:val="en-US" w:eastAsia="en-US"/>
    </w:rPr>
  </w:style>
  <w:style w:type="paragraph" w:customStyle="1" w:styleId="1F0D3B4692A6411292FBB8B6B7746285">
    <w:name w:val="1F0D3B4692A6411292FBB8B6B7746285"/>
    <w:rsid w:val="00A91894"/>
    <w:pPr>
      <w:spacing w:after="200" w:line="276" w:lineRule="auto"/>
    </w:pPr>
    <w:rPr>
      <w:lang w:val="en-US" w:eastAsia="en-US"/>
    </w:rPr>
  </w:style>
  <w:style w:type="paragraph" w:customStyle="1" w:styleId="5E3D3E78CBE547A695489DCE878D70231">
    <w:name w:val="5E3D3E78CBE547A695489DCE878D70231"/>
    <w:rsid w:val="00A91894"/>
    <w:pPr>
      <w:spacing w:after="200" w:line="276" w:lineRule="auto"/>
    </w:pPr>
    <w:rPr>
      <w:lang w:val="en-US" w:eastAsia="en-US"/>
    </w:rPr>
  </w:style>
  <w:style w:type="paragraph" w:customStyle="1" w:styleId="BFF0294B778A4642A558AE05B0060FF01">
    <w:name w:val="BFF0294B778A4642A558AE05B0060FF01"/>
    <w:rsid w:val="00A91894"/>
    <w:pPr>
      <w:spacing w:after="200" w:line="276" w:lineRule="auto"/>
    </w:pPr>
    <w:rPr>
      <w:lang w:val="en-US" w:eastAsia="en-US"/>
    </w:rPr>
  </w:style>
  <w:style w:type="paragraph" w:customStyle="1" w:styleId="F369654DC33A41C2B4A946957AE7C2A31">
    <w:name w:val="F369654DC33A41C2B4A946957AE7C2A31"/>
    <w:rsid w:val="00A91894"/>
    <w:pPr>
      <w:spacing w:after="200" w:line="276" w:lineRule="auto"/>
    </w:pPr>
    <w:rPr>
      <w:lang w:val="en-US" w:eastAsia="en-US"/>
    </w:rPr>
  </w:style>
  <w:style w:type="paragraph" w:customStyle="1" w:styleId="DC480582EC324AFC9CB3F238CD9B677F1">
    <w:name w:val="DC480582EC324AFC9CB3F238CD9B677F1"/>
    <w:rsid w:val="00A91894"/>
    <w:pPr>
      <w:spacing w:after="200" w:line="276" w:lineRule="auto"/>
    </w:pPr>
    <w:rPr>
      <w:lang w:val="en-US" w:eastAsia="en-US"/>
    </w:rPr>
  </w:style>
  <w:style w:type="paragraph" w:customStyle="1" w:styleId="B1D9D26288544DE6A41765C4301C034E1">
    <w:name w:val="B1D9D26288544DE6A41765C4301C034E1"/>
    <w:rsid w:val="00A91894"/>
    <w:pPr>
      <w:spacing w:after="200" w:line="276" w:lineRule="auto"/>
    </w:pPr>
    <w:rPr>
      <w:lang w:val="en-US" w:eastAsia="en-US"/>
    </w:rPr>
  </w:style>
  <w:style w:type="paragraph" w:customStyle="1" w:styleId="BD00682E778549D896F3C74078F748CB2">
    <w:name w:val="BD00682E778549D896F3C74078F748CB2"/>
    <w:rsid w:val="00A91894"/>
    <w:pPr>
      <w:spacing w:after="200" w:line="276" w:lineRule="auto"/>
    </w:pPr>
    <w:rPr>
      <w:lang w:val="en-US" w:eastAsia="en-US"/>
    </w:rPr>
  </w:style>
  <w:style w:type="paragraph" w:customStyle="1" w:styleId="ABD1553D4EFA4C7C93EAB86E3216BD6E1">
    <w:name w:val="ABD1553D4EFA4C7C93EAB86E3216BD6E1"/>
    <w:rsid w:val="00A91894"/>
    <w:pPr>
      <w:spacing w:after="200" w:line="276" w:lineRule="auto"/>
    </w:pPr>
    <w:rPr>
      <w:lang w:val="en-US" w:eastAsia="en-US"/>
    </w:rPr>
  </w:style>
  <w:style w:type="paragraph" w:customStyle="1" w:styleId="3C613987891341FEA62B76317D91576A1">
    <w:name w:val="3C613987891341FEA62B76317D91576A1"/>
    <w:rsid w:val="00A91894"/>
    <w:pPr>
      <w:spacing w:after="200" w:line="276" w:lineRule="auto"/>
    </w:pPr>
    <w:rPr>
      <w:lang w:val="en-US" w:eastAsia="en-US"/>
    </w:rPr>
  </w:style>
  <w:style w:type="paragraph" w:customStyle="1" w:styleId="7ED0870AB22A4BE2A86A9B7BD5BC641E1">
    <w:name w:val="7ED0870AB22A4BE2A86A9B7BD5BC641E1"/>
    <w:rsid w:val="00A91894"/>
    <w:pPr>
      <w:spacing w:after="200" w:line="276" w:lineRule="auto"/>
    </w:pPr>
    <w:rPr>
      <w:lang w:val="en-US" w:eastAsia="en-US"/>
    </w:rPr>
  </w:style>
  <w:style w:type="paragraph" w:customStyle="1" w:styleId="905D0938AFAA479C8F0F2EAC2EDE12161">
    <w:name w:val="905D0938AFAA479C8F0F2EAC2EDE12161"/>
    <w:rsid w:val="00A91894"/>
    <w:pPr>
      <w:spacing w:after="200" w:line="276" w:lineRule="auto"/>
    </w:pPr>
    <w:rPr>
      <w:lang w:val="en-US" w:eastAsia="en-US"/>
    </w:rPr>
  </w:style>
  <w:style w:type="paragraph" w:customStyle="1" w:styleId="055BC71FDF9A4ABF93BB75ED31E9C6BC1">
    <w:name w:val="055BC71FDF9A4ABF93BB75ED31E9C6BC1"/>
    <w:rsid w:val="00A91894"/>
    <w:pPr>
      <w:spacing w:after="200" w:line="276" w:lineRule="auto"/>
    </w:pPr>
    <w:rPr>
      <w:lang w:val="en-US" w:eastAsia="en-US"/>
    </w:rPr>
  </w:style>
  <w:style w:type="paragraph" w:customStyle="1" w:styleId="94CD3C6E2039426C86541423CDFB3E4C1">
    <w:name w:val="94CD3C6E2039426C86541423CDFB3E4C1"/>
    <w:rsid w:val="00A91894"/>
    <w:pPr>
      <w:spacing w:after="200" w:line="276" w:lineRule="auto"/>
    </w:pPr>
    <w:rPr>
      <w:lang w:val="en-US" w:eastAsia="en-US"/>
    </w:rPr>
  </w:style>
  <w:style w:type="paragraph" w:customStyle="1" w:styleId="7099A3BC15C54F84ACEAD2060ACEFDC78">
    <w:name w:val="7099A3BC15C54F84ACEAD2060ACEFDC78"/>
    <w:rsid w:val="00A91894"/>
    <w:pPr>
      <w:spacing w:after="200" w:line="276" w:lineRule="auto"/>
    </w:pPr>
    <w:rPr>
      <w:lang w:val="en-US" w:eastAsia="en-US"/>
    </w:rPr>
  </w:style>
  <w:style w:type="paragraph" w:customStyle="1" w:styleId="A14478DC96A5439590F907C4179981BE7">
    <w:name w:val="A14478DC96A5439590F907C4179981BE7"/>
    <w:rsid w:val="00A91894"/>
    <w:pPr>
      <w:spacing w:after="200" w:line="276" w:lineRule="auto"/>
    </w:pPr>
    <w:rPr>
      <w:lang w:val="en-US" w:eastAsia="en-US"/>
    </w:rPr>
  </w:style>
  <w:style w:type="paragraph" w:customStyle="1" w:styleId="1F0D3B4692A6411292FBB8B6B77462851">
    <w:name w:val="1F0D3B4692A6411292FBB8B6B77462851"/>
    <w:rsid w:val="00A91894"/>
    <w:pPr>
      <w:spacing w:after="200" w:line="276" w:lineRule="auto"/>
    </w:pPr>
    <w:rPr>
      <w:lang w:val="en-US" w:eastAsia="en-US"/>
    </w:rPr>
  </w:style>
  <w:style w:type="paragraph" w:customStyle="1" w:styleId="5E3D3E78CBE547A695489DCE878D70232">
    <w:name w:val="5E3D3E78CBE547A695489DCE878D70232"/>
    <w:rsid w:val="00A91894"/>
    <w:pPr>
      <w:spacing w:after="200" w:line="276" w:lineRule="auto"/>
    </w:pPr>
    <w:rPr>
      <w:lang w:val="en-US" w:eastAsia="en-US"/>
    </w:rPr>
  </w:style>
  <w:style w:type="paragraph" w:customStyle="1" w:styleId="BFF0294B778A4642A558AE05B0060FF02">
    <w:name w:val="BFF0294B778A4642A558AE05B0060FF02"/>
    <w:rsid w:val="00A91894"/>
    <w:pPr>
      <w:spacing w:after="200" w:line="276" w:lineRule="auto"/>
    </w:pPr>
    <w:rPr>
      <w:lang w:val="en-US" w:eastAsia="en-US"/>
    </w:rPr>
  </w:style>
  <w:style w:type="paragraph" w:customStyle="1" w:styleId="F369654DC33A41C2B4A946957AE7C2A32">
    <w:name w:val="F369654DC33A41C2B4A946957AE7C2A32"/>
    <w:rsid w:val="00A91894"/>
    <w:pPr>
      <w:spacing w:after="200" w:line="276" w:lineRule="auto"/>
    </w:pPr>
    <w:rPr>
      <w:lang w:val="en-US" w:eastAsia="en-US"/>
    </w:rPr>
  </w:style>
  <w:style w:type="paragraph" w:customStyle="1" w:styleId="DC480582EC324AFC9CB3F238CD9B677F2">
    <w:name w:val="DC480582EC324AFC9CB3F238CD9B677F2"/>
    <w:rsid w:val="00A91894"/>
    <w:pPr>
      <w:spacing w:after="200" w:line="276" w:lineRule="auto"/>
    </w:pPr>
    <w:rPr>
      <w:lang w:val="en-US" w:eastAsia="en-US"/>
    </w:rPr>
  </w:style>
  <w:style w:type="paragraph" w:customStyle="1" w:styleId="B1D9D26288544DE6A41765C4301C034E2">
    <w:name w:val="B1D9D26288544DE6A41765C4301C034E2"/>
    <w:rsid w:val="00A91894"/>
    <w:pPr>
      <w:spacing w:after="200" w:line="276" w:lineRule="auto"/>
    </w:pPr>
    <w:rPr>
      <w:lang w:val="en-US" w:eastAsia="en-US"/>
    </w:rPr>
  </w:style>
  <w:style w:type="paragraph" w:customStyle="1" w:styleId="BD00682E778549D896F3C74078F748CB3">
    <w:name w:val="BD00682E778549D896F3C74078F748CB3"/>
    <w:rsid w:val="00A91894"/>
    <w:pPr>
      <w:spacing w:after="200" w:line="276" w:lineRule="auto"/>
    </w:pPr>
    <w:rPr>
      <w:lang w:val="en-US" w:eastAsia="en-US"/>
    </w:rPr>
  </w:style>
  <w:style w:type="paragraph" w:customStyle="1" w:styleId="ABD1553D4EFA4C7C93EAB86E3216BD6E2">
    <w:name w:val="ABD1553D4EFA4C7C93EAB86E3216BD6E2"/>
    <w:rsid w:val="00A91894"/>
    <w:pPr>
      <w:spacing w:after="200" w:line="276" w:lineRule="auto"/>
    </w:pPr>
    <w:rPr>
      <w:lang w:val="en-US" w:eastAsia="en-US"/>
    </w:rPr>
  </w:style>
  <w:style w:type="paragraph" w:customStyle="1" w:styleId="3C613987891341FEA62B76317D91576A2">
    <w:name w:val="3C613987891341FEA62B76317D91576A2"/>
    <w:rsid w:val="00A91894"/>
    <w:pPr>
      <w:spacing w:after="200" w:line="276" w:lineRule="auto"/>
    </w:pPr>
    <w:rPr>
      <w:lang w:val="en-US" w:eastAsia="en-US"/>
    </w:rPr>
  </w:style>
  <w:style w:type="paragraph" w:customStyle="1" w:styleId="7ED0870AB22A4BE2A86A9B7BD5BC641E2">
    <w:name w:val="7ED0870AB22A4BE2A86A9B7BD5BC641E2"/>
    <w:rsid w:val="00A91894"/>
    <w:pPr>
      <w:spacing w:after="200" w:line="276" w:lineRule="auto"/>
    </w:pPr>
    <w:rPr>
      <w:lang w:val="en-US" w:eastAsia="en-US"/>
    </w:rPr>
  </w:style>
  <w:style w:type="paragraph" w:customStyle="1" w:styleId="905D0938AFAA479C8F0F2EAC2EDE12162">
    <w:name w:val="905D0938AFAA479C8F0F2EAC2EDE12162"/>
    <w:rsid w:val="00A91894"/>
    <w:pPr>
      <w:spacing w:after="200" w:line="276" w:lineRule="auto"/>
    </w:pPr>
    <w:rPr>
      <w:lang w:val="en-US" w:eastAsia="en-US"/>
    </w:rPr>
  </w:style>
  <w:style w:type="paragraph" w:customStyle="1" w:styleId="055BC71FDF9A4ABF93BB75ED31E9C6BC2">
    <w:name w:val="055BC71FDF9A4ABF93BB75ED31E9C6BC2"/>
    <w:rsid w:val="00A91894"/>
    <w:pPr>
      <w:spacing w:after="200" w:line="276" w:lineRule="auto"/>
    </w:pPr>
    <w:rPr>
      <w:lang w:val="en-US" w:eastAsia="en-US"/>
    </w:rPr>
  </w:style>
  <w:style w:type="paragraph" w:customStyle="1" w:styleId="94CD3C6E2039426C86541423CDFB3E4C2">
    <w:name w:val="94CD3C6E2039426C86541423CDFB3E4C2"/>
    <w:rsid w:val="00A91894"/>
    <w:pPr>
      <w:spacing w:after="200" w:line="276" w:lineRule="auto"/>
    </w:pPr>
    <w:rPr>
      <w:lang w:val="en-US" w:eastAsia="en-US"/>
    </w:rPr>
  </w:style>
  <w:style w:type="paragraph" w:customStyle="1" w:styleId="21FAB65BA2574FD885E74842A7B5E4CD">
    <w:name w:val="21FAB65BA2574FD885E74842A7B5E4CD"/>
    <w:rsid w:val="00A91894"/>
    <w:pPr>
      <w:spacing w:after="200" w:line="276" w:lineRule="auto"/>
    </w:pPr>
    <w:rPr>
      <w:lang w:val="en-US" w:eastAsia="en-US"/>
    </w:rPr>
  </w:style>
  <w:style w:type="paragraph" w:customStyle="1" w:styleId="A09C62DB5F614464B7B08A9DE3747866">
    <w:name w:val="A09C62DB5F614464B7B08A9DE3747866"/>
    <w:rsid w:val="00A91894"/>
    <w:pPr>
      <w:spacing w:after="200" w:line="276" w:lineRule="auto"/>
    </w:pPr>
    <w:rPr>
      <w:lang w:val="en-US" w:eastAsia="en-US"/>
    </w:rPr>
  </w:style>
  <w:style w:type="paragraph" w:customStyle="1" w:styleId="563FBD85BED34CB2A2591CCEEF33452D">
    <w:name w:val="563FBD85BED34CB2A2591CCEEF33452D"/>
    <w:rsid w:val="00A91894"/>
    <w:pPr>
      <w:spacing w:after="200" w:line="276" w:lineRule="auto"/>
    </w:pPr>
    <w:rPr>
      <w:lang w:val="en-US" w:eastAsia="en-US"/>
    </w:rPr>
  </w:style>
  <w:style w:type="paragraph" w:customStyle="1" w:styleId="9E4A3681F791420E925B39E2DFBA8A9D">
    <w:name w:val="9E4A3681F791420E925B39E2DFBA8A9D"/>
    <w:rsid w:val="00A91894"/>
  </w:style>
  <w:style w:type="paragraph" w:customStyle="1" w:styleId="1B661922D7B74370A858C8E6C7A229B2">
    <w:name w:val="1B661922D7B74370A858C8E6C7A229B2"/>
    <w:rsid w:val="00A91894"/>
  </w:style>
  <w:style w:type="paragraph" w:customStyle="1" w:styleId="08AF7FD2F76B4578A532946F698EA626">
    <w:name w:val="08AF7FD2F76B4578A532946F698EA626"/>
    <w:rsid w:val="00A918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6143367-AD46-451B-86E0-DA207B843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446</Words>
  <Characters>2453</Characters>
  <Application>Microsoft Office Word</Application>
  <DocSecurity>0</DocSecurity>
  <Lines>20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2894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Psychomotricien - 14 - Résidence Harmonie - Célia RODRIGUES</cp:lastModifiedBy>
  <cp:revision>2</cp:revision>
  <cp:lastPrinted>2026-01-02T17:03:00Z</cp:lastPrinted>
  <dcterms:created xsi:type="dcterms:W3CDTF">2026-04-16T13:07:00Z</dcterms:created>
  <dcterms:modified xsi:type="dcterms:W3CDTF">2026-04-16T13:07:00Z</dcterms:modified>
  <cp:category/>
</cp:coreProperties>
</file>